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DB2FA" w14:textId="77777777" w:rsidR="00265A48" w:rsidRDefault="00265A4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0B096AE" w14:textId="7E234FF5" w:rsidR="00265A48" w:rsidRDefault="00265A4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8D844A9" wp14:editId="516F518E">
            <wp:extent cx="6720840" cy="950531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5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1982" w14:textId="77777777" w:rsidR="00265A48" w:rsidRDefault="00265A4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D63F3A6" w14:textId="77777777" w:rsidR="00265A48" w:rsidRDefault="00265A4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7363450" w14:textId="77777777" w:rsidR="00265A48" w:rsidRDefault="00265A4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90F2E14" w14:textId="77777777" w:rsidR="00265A48" w:rsidRDefault="00265A4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D93945D" w14:textId="77777777" w:rsidR="00265A48" w:rsidRDefault="00265A4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24FB90C" w14:textId="77777777" w:rsidR="00265A48" w:rsidRDefault="00265A4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B3C468D" w14:textId="75067BE9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326B7188" w14:textId="77777777" w:rsidR="00491426" w:rsidRPr="007C63DD" w:rsidRDefault="00773A59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14:paraId="5EEF2DDE" w14:textId="77777777" w:rsidR="00491426" w:rsidRPr="007C63DD" w:rsidRDefault="00773A59">
      <w:pPr>
        <w:autoSpaceDE w:val="0"/>
        <w:autoSpaceDN w:val="0"/>
        <w:spacing w:before="166" w:after="0" w:line="283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14:paraId="18BF9816" w14:textId="77777777" w:rsidR="00491426" w:rsidRPr="007C63DD" w:rsidRDefault="00773A59">
      <w:pPr>
        <w:autoSpaceDE w:val="0"/>
        <w:autoSpaceDN w:val="0"/>
        <w:spacing w:before="264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14:paraId="093A2FD4" w14:textId="77777777" w:rsidR="00491426" w:rsidRPr="007C63DD" w:rsidRDefault="00773A59">
      <w:pPr>
        <w:autoSpaceDE w:val="0"/>
        <w:autoSpaceDN w:val="0"/>
        <w:spacing w:before="166" w:after="0" w:line="286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18499576" w14:textId="77777777" w:rsidR="00491426" w:rsidRPr="007C63DD" w:rsidRDefault="00773A59">
      <w:pPr>
        <w:autoSpaceDE w:val="0"/>
        <w:autoSpaceDN w:val="0"/>
        <w:spacing w:before="70" w:after="0" w:line="262" w:lineRule="auto"/>
        <w:ind w:right="57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14:paraId="59F7813E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основной школе ключевыми задачами являются:</w:t>
      </w:r>
    </w:p>
    <w:p w14:paraId="07261C44" w14:textId="77777777" w:rsidR="00491426" w:rsidRPr="007C63DD" w:rsidRDefault="00773A59">
      <w:pPr>
        <w:autoSpaceDE w:val="0"/>
        <w:autoSpaceDN w:val="0"/>
        <w:spacing w:before="178" w:after="0" w:line="271" w:lineRule="auto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формирование у молодого поколения ориентиров для гражданской,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этнонациональной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социальной, культурной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самоовладение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5C171007" w14:textId="77777777" w:rsidR="00491426" w:rsidRPr="007C63DD" w:rsidRDefault="00773A59">
      <w:pPr>
        <w:autoSpaceDE w:val="0"/>
        <w:autoSpaceDN w:val="0"/>
        <w:spacing w:before="190" w:after="0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воспитание учащихся в духе патриотизма, уважения к своему Отечеству —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7BCEC6A3" w14:textId="77777777" w:rsidR="00491426" w:rsidRPr="007C63DD" w:rsidRDefault="00773A59">
      <w:pPr>
        <w:autoSpaceDE w:val="0"/>
        <w:autoSpaceDN w:val="0"/>
        <w:spacing w:before="192" w:after="0" w:line="271" w:lineRule="auto"/>
        <w:ind w:left="42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14:paraId="46A76336" w14:textId="77777777" w:rsidR="00491426" w:rsidRPr="007C63DD" w:rsidRDefault="00773A59">
      <w:pPr>
        <w:autoSpaceDE w:val="0"/>
        <w:autoSpaceDN w:val="0"/>
        <w:spacing w:before="190" w:after="0" w:line="281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внешкольной деятельности, в современном поликультурном,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полиэтничном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14:paraId="1E95DC2C" w14:textId="77777777" w:rsidR="00491426" w:rsidRPr="007C63DD" w:rsidRDefault="00773A59">
      <w:pPr>
        <w:autoSpaceDE w:val="0"/>
        <w:autoSpaceDN w:val="0"/>
        <w:spacing w:before="32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14:paraId="762C3762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6" w:after="0" w:line="271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 составлена с учетом количества часов, отводимого на изучение предмета «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История»базовым</w:t>
      </w:r>
      <w:proofErr w:type="spellEnd"/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учебным планом: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5—9 классах по 2 учебных часа в неделю при 34 учебных неделях.</w:t>
      </w:r>
    </w:p>
    <w:p w14:paraId="19559BAC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436" w:right="650" w:bottom="39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441CCB6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6B571092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14:paraId="0623A28F" w14:textId="77777777" w:rsidR="00491426" w:rsidRPr="007C63DD" w:rsidRDefault="00773A59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2020029F" w14:textId="77777777" w:rsidR="00491426" w:rsidRPr="007C63DD" w:rsidRDefault="00773A59">
      <w:pPr>
        <w:autoSpaceDE w:val="0"/>
        <w:autoSpaceDN w:val="0"/>
        <w:spacing w:before="166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ДРЕВНЕГО МИРА </w:t>
      </w:r>
    </w:p>
    <w:p w14:paraId="071149DC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3D4B23F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78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ПЕРВОБЫТНОСТЬ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06AF6033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Появление ремесел.</w:t>
      </w:r>
    </w:p>
    <w:p w14:paraId="110A311D" w14:textId="77777777" w:rsidR="00491426" w:rsidRPr="007C63DD" w:rsidRDefault="00773A59">
      <w:pPr>
        <w:autoSpaceDE w:val="0"/>
        <w:autoSpaceDN w:val="0"/>
        <w:spacing w:before="70" w:after="0" w:line="27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4F0ADBEF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14:paraId="6EA434B7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187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МИР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14:paraId="2C8748F7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41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Восток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14:paraId="5D070891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Египет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71E07E8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C634222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</w:t>
      </w:r>
    </w:p>
    <w:p w14:paraId="16ECEFA4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Фараон-реформатор Эхнатон. Познания древних египтян (астрономия, математика, медицина).</w:t>
      </w:r>
    </w:p>
    <w:p w14:paraId="1AB21F87" w14:textId="77777777" w:rsidR="00491426" w:rsidRPr="007C63DD" w:rsidRDefault="00773A59">
      <w:pPr>
        <w:autoSpaceDE w:val="0"/>
        <w:autoSpaceDN w:val="0"/>
        <w:spacing w:before="72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Письменность (иероглифы, папирус). Открытие Ж. Ф. Шампольона. Искусство Древнего Египта (архитектура, рельефы, фрески).</w:t>
      </w:r>
    </w:p>
    <w:p w14:paraId="3E703351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2" w:after="0" w:line="271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Древние цивилизации Месопотамии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716D89E2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14:paraId="124F8CAE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10D4A024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Усиление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Нововавилонского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царства. Легендарные памятники города Вавилона.</w:t>
      </w:r>
    </w:p>
    <w:p w14:paraId="48105002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Восточное Средиземноморье в древности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34DA28C8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50" w:bottom="49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05B4225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80555D7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Персидская держава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Завоевания персов. Государство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Ахеменидов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Великие цари: Кир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3FBAEF2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Древняя Индия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ариев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Северную Индию. Держава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Маурьев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Государство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Гуптов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01746630" w14:textId="77777777" w:rsidR="00491426" w:rsidRPr="007C63DD" w:rsidRDefault="00773A59">
      <w:pPr>
        <w:autoSpaceDE w:val="0"/>
        <w:autoSpaceDN w:val="0"/>
        <w:spacing w:before="192" w:after="0" w:line="262" w:lineRule="auto"/>
        <w:ind w:left="18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Китай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</w:t>
      </w:r>
    </w:p>
    <w:p w14:paraId="6980DE75" w14:textId="77777777" w:rsidR="00491426" w:rsidRPr="007C63DD" w:rsidRDefault="00773A59">
      <w:pPr>
        <w:autoSpaceDE w:val="0"/>
        <w:autoSpaceDN w:val="0"/>
        <w:spacing w:before="70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Древнейшие царства. Создание объединенной империи. Цинь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Шихуанди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0FE30FFD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Древняя Греция. Эллинизм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Древнейшая Греция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Тиринф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14E927EB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Троянская война. Вторжение дорийских племен. Поэмы Гомера «Илиада», «Одиссея».</w:t>
      </w:r>
    </w:p>
    <w:p w14:paraId="4FAD0F07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Греческие полисы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3D266346" w14:textId="77777777" w:rsidR="00491426" w:rsidRPr="007C63DD" w:rsidRDefault="00773A59">
      <w:pPr>
        <w:autoSpaceDE w:val="0"/>
        <w:autoSpaceDN w:val="0"/>
        <w:spacing w:before="70" w:after="0" w:line="271" w:lineRule="auto"/>
        <w:ind w:right="432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Афины: утверждение демократии. Законы Солона. Реформы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Клисфена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04BB4535" w14:textId="77777777" w:rsidR="00491426" w:rsidRPr="007C63DD" w:rsidRDefault="00773A59">
      <w:pPr>
        <w:autoSpaceDE w:val="0"/>
        <w:autoSpaceDN w:val="0"/>
        <w:spacing w:before="70" w:after="0" w:line="278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Фемистокл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Битва при Фермопилах. Захват персами Аттики. Победы греков в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Саламинском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сражении, при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Платеях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Микале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Итоги греко-персидских войн.</w:t>
      </w:r>
    </w:p>
    <w:p w14:paraId="1F5AAE6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74E0E547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</w:t>
      </w:r>
    </w:p>
    <w:p w14:paraId="72C8C269" w14:textId="77777777" w:rsidR="00491426" w:rsidRPr="007C63DD" w:rsidRDefault="00773A59">
      <w:pPr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1AD72C7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Македонские завоевания. Эллинизм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</w:r>
    </w:p>
    <w:p w14:paraId="4BD15726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Александрия Египетская.</w:t>
      </w:r>
    </w:p>
    <w:p w14:paraId="3909340E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Древний Рим</w:t>
      </w:r>
    </w:p>
    <w:p w14:paraId="311EE277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92" w:bottom="342" w:left="666" w:header="720" w:footer="720" w:gutter="0"/>
          <w:cols w:space="720" w:equalWidth="0">
            <w:col w:w="10542" w:space="0"/>
          </w:cols>
          <w:docGrid w:linePitch="360"/>
        </w:sectPr>
      </w:pPr>
    </w:p>
    <w:p w14:paraId="08E2BFDB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DE6F91D" w14:textId="77777777" w:rsidR="00491426" w:rsidRPr="007C63DD" w:rsidRDefault="00773A59">
      <w:pPr>
        <w:autoSpaceDE w:val="0"/>
        <w:autoSpaceDN w:val="0"/>
        <w:spacing w:after="0" w:line="262" w:lineRule="auto"/>
        <w:ind w:left="180"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Возникновение Римского государства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</w:t>
      </w:r>
    </w:p>
    <w:p w14:paraId="20EFD575" w14:textId="77777777" w:rsidR="00491426" w:rsidRPr="007C63DD" w:rsidRDefault="00773A59">
      <w:pPr>
        <w:autoSpaceDE w:val="0"/>
        <w:autoSpaceDN w:val="0"/>
        <w:spacing w:before="70" w:after="0" w:line="27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2BDCB02A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Римские завоевания в Средиземноморье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4C5EF9BF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Поздняя Римская республика. Гражданские войны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Гракхов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72A000F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Расцвет и падение Римской империи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7F519868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14:paraId="7850D31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Древнего Рима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4FBE8580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331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Обобщение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14:paraId="5B14543E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35F0B913" w14:textId="77777777" w:rsidR="00491426" w:rsidRPr="007C63DD" w:rsidRDefault="00773A59">
      <w:pPr>
        <w:autoSpaceDE w:val="0"/>
        <w:autoSpaceDN w:val="0"/>
        <w:spacing w:before="166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</w:p>
    <w:p w14:paraId="6EF8CC9D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201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14:paraId="59CEA48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2" w:after="0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христианства.</w:t>
      </w:r>
    </w:p>
    <w:p w14:paraId="678A0AA2" w14:textId="77777777" w:rsidR="00491426" w:rsidRPr="007C63DD" w:rsidRDefault="00773A59">
      <w:pPr>
        <w:autoSpaceDE w:val="0"/>
        <w:autoSpaceDN w:val="0"/>
        <w:spacing w:before="70" w:after="0" w:line="271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Усиление власти майордомов. Карл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Мартелл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35C6C8E9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14:paraId="2616673E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Византийская империя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—Х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44836BC6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Территория, население империи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ромеев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</w:t>
      </w:r>
    </w:p>
    <w:p w14:paraId="00CA51E4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80" w:bottom="308" w:left="666" w:header="720" w:footer="720" w:gutter="0"/>
          <w:cols w:space="720" w:equalWidth="0">
            <w:col w:w="10554" w:space="0"/>
          </w:cols>
          <w:docGrid w:linePitch="360"/>
        </w:sectPr>
      </w:pPr>
    </w:p>
    <w:p w14:paraId="6CB44BD3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5BCDE01A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мозаика, фреска, иконопись).</w:t>
      </w:r>
    </w:p>
    <w:p w14:paraId="041B33F8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Арабы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—Х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22A5618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14:paraId="3D9A2C04" w14:textId="77777777" w:rsidR="00491426" w:rsidRPr="007C63DD" w:rsidRDefault="00773A59">
      <w:pPr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5E9757FD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Средневековое европейское общество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6F176A23" w14:textId="77777777" w:rsidR="00491426" w:rsidRPr="007C63DD" w:rsidRDefault="00773A59">
      <w:pPr>
        <w:autoSpaceDE w:val="0"/>
        <w:autoSpaceDN w:val="0"/>
        <w:spacing w:before="72" w:after="0"/>
        <w:ind w:right="432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Города —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704FA9C3" w14:textId="77777777" w:rsidR="00491426" w:rsidRPr="007C63DD" w:rsidRDefault="00773A59">
      <w:pPr>
        <w:autoSpaceDE w:val="0"/>
        <w:autoSpaceDN w:val="0"/>
        <w:spacing w:before="70" w:after="0" w:line="271" w:lineRule="auto"/>
        <w:ind w:right="576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3B309128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Государства Европы в Х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—Х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513D73FC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</w:t>
      </w:r>
    </w:p>
    <w:p w14:paraId="3D977D30" w14:textId="77777777" w:rsidR="00491426" w:rsidRPr="007C63DD" w:rsidRDefault="00773A59">
      <w:pPr>
        <w:autoSpaceDE w:val="0"/>
        <w:autoSpaceDN w:val="0"/>
        <w:spacing w:before="70" w:after="0" w:line="262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Образование централизованных государств в Англии, Франции. Столетняя война; Ж. Д’Арк. Священная Римская империя в Х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—Х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77AA70D4" w14:textId="77777777" w:rsidR="00491426" w:rsidRPr="007C63DD" w:rsidRDefault="00773A59">
      <w:pPr>
        <w:autoSpaceDE w:val="0"/>
        <w:autoSpaceDN w:val="0"/>
        <w:spacing w:before="7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Реконкиста и образование централизованных государств на Пиренейском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полу- острове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Итальянские государства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Средневековья. Обострение социальных противоречий в Х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(Жакерия, восстание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Уота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Тайлера). Гуситское движение в Чехии.</w:t>
      </w:r>
    </w:p>
    <w:p w14:paraId="60B75F6A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—Х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Экспансия турок-османов.</w:t>
      </w:r>
    </w:p>
    <w:p w14:paraId="75D43CA5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Османские завоевания на Балканах. Падение Константинополя.</w:t>
      </w:r>
    </w:p>
    <w:p w14:paraId="6A278FA8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средневековой Европы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Гутенберг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ABF1AD8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Востока в Средние века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607578C7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14:paraId="15A75FDC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Государства доколумбовой Америки в Средние века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51152E2C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66" w:bottom="402" w:left="666" w:header="720" w:footer="720" w:gutter="0"/>
          <w:cols w:space="720" w:equalWidth="0">
            <w:col w:w="10568" w:space="0"/>
          </w:cols>
          <w:docGrid w:linePitch="360"/>
        </w:sectPr>
      </w:pPr>
    </w:p>
    <w:p w14:paraId="3499311E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3FE0B49" w14:textId="77777777" w:rsidR="00491426" w:rsidRPr="007C63DD" w:rsidRDefault="00773A59">
      <w:pPr>
        <w:autoSpaceDE w:val="0"/>
        <w:autoSpaceDN w:val="0"/>
        <w:spacing w:after="0" w:line="262" w:lineRule="auto"/>
        <w:ind w:left="180" w:right="489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Обобщение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14:paraId="7403E2FB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14:paraId="5427B3F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6" w:after="0" w:line="27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122EE8AA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62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тыс. н. э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2CA07982" w14:textId="77777777" w:rsidR="00491426" w:rsidRPr="007C63DD" w:rsidRDefault="00773A59">
      <w:pPr>
        <w:autoSpaceDE w:val="0"/>
        <w:autoSpaceDN w:val="0"/>
        <w:spacing w:before="70" w:after="0" w:line="283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Беломорья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Онежского озера. Особенности перехода от присваивающего хозяйства к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23622919" w14:textId="77777777" w:rsidR="00491426" w:rsidRPr="007C63DD" w:rsidRDefault="00773A59">
      <w:pPr>
        <w:autoSpaceDE w:val="0"/>
        <w:autoSpaceDN w:val="0"/>
        <w:spacing w:before="70" w:after="0" w:line="23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тыс. до н. э. Скифы и скифская культура.</w:t>
      </w:r>
    </w:p>
    <w:p w14:paraId="07CF78C1" w14:textId="77777777" w:rsidR="00491426" w:rsidRPr="007C63DD" w:rsidRDefault="00773A59">
      <w:pPr>
        <w:autoSpaceDE w:val="0"/>
        <w:autoSpaceDN w:val="0"/>
        <w:spacing w:before="70" w:after="0" w:line="262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3D584155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— восточных, западных и южных. Славянские общности Восточной Европы. Их соседи — балты и финно-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угры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7DCF1CB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0D8D7339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068A03FD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тыс. н. э.</w:t>
      </w:r>
    </w:p>
    <w:p w14:paraId="77C7AFD0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новой политической и этнической карты континента.</w:t>
      </w:r>
    </w:p>
    <w:p w14:paraId="42B0B387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0FE40A5A" w14:textId="77777777" w:rsidR="00491426" w:rsidRPr="007C63DD" w:rsidRDefault="00773A59">
      <w:pPr>
        <w:autoSpaceDE w:val="0"/>
        <w:autoSpaceDN w:val="0"/>
        <w:spacing w:before="72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3A6DDD09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14:paraId="23C580E8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Русь в конце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Территория и население государства Русь/Русская земля.</w:t>
      </w:r>
    </w:p>
    <w:p w14:paraId="6AEF0791" w14:textId="77777777" w:rsidR="00491426" w:rsidRPr="007C63DD" w:rsidRDefault="00773A59">
      <w:pPr>
        <w:autoSpaceDE w:val="0"/>
        <w:autoSpaceDN w:val="0"/>
        <w:spacing w:before="70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6F0223DC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Общественный строй Руси: дискуссии в исторической науке. Князья, дружина. Духовенство.</w:t>
      </w:r>
    </w:p>
    <w:p w14:paraId="40269533" w14:textId="77777777" w:rsidR="00491426" w:rsidRPr="007C63DD" w:rsidRDefault="00773A59">
      <w:pPr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23369D1F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</w:t>
      </w:r>
    </w:p>
    <w:p w14:paraId="01366EB4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52" w:bottom="332" w:left="666" w:header="720" w:footer="720" w:gutter="0"/>
          <w:cols w:space="720" w:equalWidth="0">
            <w:col w:w="10582" w:space="0"/>
          </w:cols>
          <w:docGrid w:linePitch="360"/>
        </w:sectPr>
      </w:pPr>
    </w:p>
    <w:p w14:paraId="2041AAF6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1248625B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Северной Европы. Херсонес в культурных контактах Руси и Византии.</w:t>
      </w:r>
    </w:p>
    <w:p w14:paraId="7DF20ADE" w14:textId="77777777" w:rsidR="00491426" w:rsidRPr="007C63DD" w:rsidRDefault="00773A59">
      <w:pPr>
        <w:autoSpaceDE w:val="0"/>
        <w:autoSpaceDN w:val="0"/>
        <w:spacing w:before="70" w:after="0" w:line="271" w:lineRule="auto"/>
        <w:ind w:right="576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4997EBFC" w14:textId="77777777" w:rsidR="00491426" w:rsidRPr="007C63DD" w:rsidRDefault="00773A59">
      <w:pPr>
        <w:autoSpaceDE w:val="0"/>
        <w:autoSpaceDN w:val="0"/>
        <w:spacing w:before="70" w:after="0" w:line="283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6444F20B" w14:textId="77777777" w:rsidR="00491426" w:rsidRPr="007C63DD" w:rsidRDefault="00773A59">
      <w:pPr>
        <w:autoSpaceDE w:val="0"/>
        <w:autoSpaceDN w:val="0"/>
        <w:spacing w:before="19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середине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4406857C" w14:textId="77777777" w:rsidR="00491426" w:rsidRPr="007C63DD" w:rsidRDefault="00773A59">
      <w:pPr>
        <w:autoSpaceDE w:val="0"/>
        <w:autoSpaceDN w:val="0"/>
        <w:spacing w:before="70" w:after="0"/>
        <w:ind w:right="432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системы земель —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493BB8B1" w14:textId="77777777" w:rsidR="00491426" w:rsidRPr="007C63DD" w:rsidRDefault="00773A59">
      <w:pPr>
        <w:autoSpaceDE w:val="0"/>
        <w:autoSpaceDN w:val="0"/>
        <w:spacing w:before="70" w:after="0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1329458E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XIV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14:paraId="315E179A" w14:textId="77777777" w:rsidR="00491426" w:rsidRPr="007C63DD" w:rsidRDefault="00773A59">
      <w:pPr>
        <w:autoSpaceDE w:val="0"/>
        <w:autoSpaceDN w:val="0"/>
        <w:spacing w:before="70" w:after="0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01BC3F93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2DDF889A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</w:t>
      </w:r>
    </w:p>
    <w:p w14:paraId="7388372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4BB83D97" w14:textId="77777777" w:rsidR="00491426" w:rsidRPr="007C63DD" w:rsidRDefault="00773A59">
      <w:pPr>
        <w:autoSpaceDE w:val="0"/>
        <w:autoSpaceDN w:val="0"/>
        <w:spacing w:before="70" w:after="0" w:line="271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14:paraId="761F97B4" w14:textId="77777777" w:rsidR="00491426" w:rsidRPr="007C63DD" w:rsidRDefault="00773A59">
      <w:pPr>
        <w:autoSpaceDE w:val="0"/>
        <w:autoSpaceDN w:val="0"/>
        <w:spacing w:before="70" w:after="0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Каффа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Тана,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Солдайя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14:paraId="350BCA07" w14:textId="77777777" w:rsidR="00491426" w:rsidRPr="007C63DD" w:rsidRDefault="00773A59">
      <w:pPr>
        <w:autoSpaceDE w:val="0"/>
        <w:autoSpaceDN w:val="0"/>
        <w:spacing w:before="70" w:after="0" w:line="281" w:lineRule="auto"/>
        <w:ind w:right="432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</w:t>
      </w:r>
    </w:p>
    <w:p w14:paraId="20524F47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34" w:bottom="318" w:left="666" w:header="720" w:footer="720" w:gutter="0"/>
          <w:cols w:space="720" w:equalWidth="0">
            <w:col w:w="10600" w:space="0"/>
          </w:cols>
          <w:docGrid w:linePitch="360"/>
        </w:sectPr>
      </w:pPr>
    </w:p>
    <w:p w14:paraId="10B81D61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024BC9C4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Андрей Рублев.</w:t>
      </w:r>
    </w:p>
    <w:p w14:paraId="3088082C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6DAE3AA7" w14:textId="77777777" w:rsidR="00491426" w:rsidRPr="007C63DD" w:rsidRDefault="00773A59">
      <w:pPr>
        <w:autoSpaceDE w:val="0"/>
        <w:autoSpaceDN w:val="0"/>
        <w:spacing w:before="70" w:after="0" w:line="286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— третий Рим». Иван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500D1220" w14:textId="77777777" w:rsidR="00491426" w:rsidRPr="007C63DD" w:rsidRDefault="00773A59">
      <w:pPr>
        <w:autoSpaceDE w:val="0"/>
        <w:autoSpaceDN w:val="0"/>
        <w:spacing w:before="7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Культурное пространство. Изменения восприятия мира. Сакрализация великокняжеской власти.</w:t>
      </w:r>
    </w:p>
    <w:p w14:paraId="207D4066" w14:textId="77777777" w:rsidR="00491426" w:rsidRPr="007C63DD" w:rsidRDefault="00773A59">
      <w:pPr>
        <w:autoSpaceDE w:val="0"/>
        <w:autoSpaceDN w:val="0"/>
        <w:spacing w:before="70" w:after="0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Флорентийская уния. Установление автокефалии Русской церкви.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Внутрицерковная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борьба (иосифляне и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нестяжатели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). Ереси.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Геннадиевская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Хожение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 три моря» Афанасия Никитина. Архитектура. Русская икона как феномен мирового искусства.</w:t>
      </w:r>
    </w:p>
    <w:p w14:paraId="001C5CAE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Повседневная жизнь горожан и сельских жителей в древнерусский и раннемосковский периоды.</w:t>
      </w:r>
    </w:p>
    <w:p w14:paraId="5B1C279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6227EEC0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14:paraId="30FF1FA1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466D4233" w14:textId="77777777" w:rsidR="00491426" w:rsidRPr="007C63DD" w:rsidRDefault="00773A59">
      <w:pPr>
        <w:autoSpaceDE w:val="0"/>
        <w:autoSpaceDN w:val="0"/>
        <w:spacing w:before="166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689168C7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14:paraId="2D6D9AB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3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Великие географические открытия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Тордесильясский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договор 1494 г. Открытие Васко да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Гамой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60D56B6B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Изменения в европейском обществе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7686DB42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2E9668B1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Реформация и контрреформация в Европе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</w:t>
      </w:r>
    </w:p>
    <w:p w14:paraId="5B3B0F90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Контрреформация. Инквизиция.</w:t>
      </w:r>
    </w:p>
    <w:p w14:paraId="03D0E92C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008DF902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</w:t>
      </w:r>
    </w:p>
    <w:p w14:paraId="619661CB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20" w:bottom="378" w:left="666" w:header="720" w:footer="720" w:gutter="0"/>
          <w:cols w:space="720" w:equalWidth="0">
            <w:col w:w="10614" w:space="0"/>
          </w:cols>
          <w:docGrid w:linePitch="360"/>
        </w:sectPr>
      </w:pPr>
    </w:p>
    <w:p w14:paraId="61329F0F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6E0CE07B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колониальные владения. Начало формирования колониальных империй.</w:t>
      </w:r>
    </w:p>
    <w:p w14:paraId="7F0CCD4F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Испания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Нацио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нально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14:paraId="292D4F01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Франция: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A3CA437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Англия.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королевская реформация. «Золотой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век»Елизаветы</w:t>
      </w:r>
      <w:proofErr w:type="spellEnd"/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374BD6E" w14:textId="77777777" w:rsidR="00491426" w:rsidRPr="007C63DD" w:rsidRDefault="00773A59">
      <w:pPr>
        <w:autoSpaceDE w:val="0"/>
        <w:autoSpaceDN w:val="0"/>
        <w:spacing w:before="72" w:after="0" w:line="271" w:lineRule="auto"/>
        <w:ind w:right="230" w:firstLine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Английская революция середины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0093EA9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459AB310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5AD4465A" w14:textId="77777777" w:rsidR="00491426" w:rsidRPr="007C63DD" w:rsidRDefault="00773A59">
      <w:pPr>
        <w:autoSpaceDE w:val="0"/>
        <w:autoSpaceDN w:val="0"/>
        <w:spacing w:before="70" w:after="0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1C9BD25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Европейская культура в раннее Новое время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20E075A6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5E0E1D52" w14:textId="77777777" w:rsidR="00491426" w:rsidRPr="007C63DD" w:rsidRDefault="00773A59">
      <w:pPr>
        <w:autoSpaceDE w:val="0"/>
        <w:autoSpaceDN w:val="0"/>
        <w:spacing w:before="70" w:after="0"/>
        <w:ind w:right="576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Османская империя: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Индия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Китай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</w:t>
      </w:r>
    </w:p>
    <w:p w14:paraId="5E87BF95" w14:textId="77777777" w:rsidR="00491426" w:rsidRPr="007C63DD" w:rsidRDefault="00773A59">
      <w:pPr>
        <w:autoSpaceDE w:val="0"/>
        <w:autoSpaceDN w:val="0"/>
        <w:spacing w:before="72" w:after="0" w:line="271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Япония: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сегуната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Токугава, укрепление централизованного государства. «Закрытие» страны для иноземцев. Культура и искусство стран Востока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18CDAD72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38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Обобщение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14:paraId="25839AA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62" w:lineRule="auto"/>
        <w:ind w:right="115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РОССИЯ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вв.: ОТ ВЕЛИКОГО КНЯЖЕСТВА К ЦАРСТВУ</w:t>
      </w:r>
    </w:p>
    <w:p w14:paraId="44CFA60B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6D21DD7E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Завершение объединения русских земель.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Княжение Василия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473B2163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56" w:bottom="416" w:left="666" w:header="720" w:footer="720" w:gutter="0"/>
          <w:cols w:space="720" w:equalWidth="0">
            <w:col w:w="10578" w:space="0"/>
          </w:cols>
          <w:docGrid w:linePitch="360"/>
        </w:sectPr>
      </w:pPr>
    </w:p>
    <w:p w14:paraId="427C9B1F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4157CB07" w14:textId="77777777" w:rsidR="00491426" w:rsidRPr="007C63DD" w:rsidRDefault="00773A59">
      <w:pPr>
        <w:autoSpaceDE w:val="0"/>
        <w:autoSpaceDN w:val="0"/>
        <w:spacing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</w:t>
      </w:r>
    </w:p>
    <w:p w14:paraId="6014B26B" w14:textId="77777777" w:rsidR="00491426" w:rsidRPr="007C63DD" w:rsidRDefault="00773A59">
      <w:pPr>
        <w:autoSpaceDE w:val="0"/>
        <w:autoSpaceDN w:val="0"/>
        <w:spacing w:before="70" w:after="0" w:line="262" w:lineRule="auto"/>
        <w:ind w:right="115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150D9BC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Царствование Ивана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IV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461DB9CB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Период боярского правления. Борьба за власть между боярскими кланами. Губная реформа.</w:t>
      </w:r>
    </w:p>
    <w:p w14:paraId="7D6D89CB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Московское восстание 1547 г. Ереси.</w:t>
      </w:r>
    </w:p>
    <w:p w14:paraId="6E4C23E9" w14:textId="77777777" w:rsidR="00491426" w:rsidRPr="007C63DD" w:rsidRDefault="00773A59">
      <w:pPr>
        <w:autoSpaceDE w:val="0"/>
        <w:autoSpaceDN w:val="0"/>
        <w:spacing w:before="70" w:after="0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Принятие Иваном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—формирование органов местного самоуправления.</w:t>
      </w:r>
    </w:p>
    <w:p w14:paraId="7A0A8286" w14:textId="77777777" w:rsidR="00491426" w:rsidRPr="007C63DD" w:rsidRDefault="00773A59">
      <w:pPr>
        <w:autoSpaceDE w:val="0"/>
        <w:autoSpaceDN w:val="0"/>
        <w:spacing w:before="7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</w:t>
      </w:r>
    </w:p>
    <w:p w14:paraId="003E49A4" w14:textId="77777777" w:rsidR="00491426" w:rsidRPr="007C63DD" w:rsidRDefault="00773A59">
      <w:pPr>
        <w:autoSpaceDE w:val="0"/>
        <w:autoSpaceDN w:val="0"/>
        <w:spacing w:before="70" w:after="0" w:line="27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</w:t>
      </w:r>
    </w:p>
    <w:p w14:paraId="709BCEE6" w14:textId="77777777" w:rsidR="00491426" w:rsidRPr="007C63DD" w:rsidRDefault="00773A59">
      <w:pPr>
        <w:autoSpaceDE w:val="0"/>
        <w:autoSpaceDN w:val="0"/>
        <w:spacing w:before="70" w:after="0" w:line="262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245D41D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</w:t>
      </w:r>
    </w:p>
    <w:p w14:paraId="28B3E019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Начало закрепощения крестьян: Указ о «заповедных летах». Формирование вольного казачества.</w:t>
      </w:r>
    </w:p>
    <w:p w14:paraId="17A8F6C0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480EEB28" w14:textId="77777777" w:rsidR="00491426" w:rsidRPr="007C63DD" w:rsidRDefault="00773A59">
      <w:pPr>
        <w:autoSpaceDE w:val="0"/>
        <w:autoSpaceDN w:val="0"/>
        <w:spacing w:before="70" w:after="0" w:line="271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7F603B57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Россия в конце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Тявзинский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мирный договор со Швецией: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29D1625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2" w:after="0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Смута в России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Накануне Смуты.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1601—1603 гг. и обострение социально-экономического кризиса.</w:t>
      </w:r>
    </w:p>
    <w:p w14:paraId="60B615BE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Смутное время начала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14:paraId="446D031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Вторжение на территорию России польско-литовских отрядов.</w:t>
      </w:r>
    </w:p>
    <w:p w14:paraId="251BBCB5" w14:textId="77777777" w:rsidR="00491426" w:rsidRPr="007C63DD" w:rsidRDefault="00773A59">
      <w:pPr>
        <w:autoSpaceDE w:val="0"/>
        <w:autoSpaceDN w:val="0"/>
        <w:spacing w:before="70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7C63DD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Делагарди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распад тушинского лагеря. Открытое вступление Речи Посполитой в войну против России. Оборона Смоленска.</w:t>
      </w:r>
    </w:p>
    <w:p w14:paraId="34232633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</w:t>
      </w:r>
    </w:p>
    <w:p w14:paraId="437D4014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66" w:bottom="368" w:left="666" w:header="720" w:footer="720" w:gutter="0"/>
          <w:cols w:space="720" w:equalWidth="0">
            <w:col w:w="10568" w:space="0"/>
          </w:cols>
          <w:docGrid w:linePitch="360"/>
        </w:sectPr>
      </w:pPr>
    </w:p>
    <w:p w14:paraId="37101908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F9D129B" w14:textId="77777777" w:rsidR="00491426" w:rsidRPr="007C63DD" w:rsidRDefault="00773A59">
      <w:pPr>
        <w:autoSpaceDE w:val="0"/>
        <w:autoSpaceDN w:val="0"/>
        <w:spacing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47DFC82F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Окончание Смуты.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Столбовский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мир со Швецией: утрата выхода к Балтийскому морю. Продолжение войны с Речью Посполитой. Поход принца Владислава на Москву. Заключение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Деулинского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перемирия с Речью Посполитой. Итоги и последствия Смутного времени.</w:t>
      </w:r>
    </w:p>
    <w:p w14:paraId="6F0F80EC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Россия в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</w:p>
    <w:p w14:paraId="40D1D35F" w14:textId="77777777" w:rsidR="00491426" w:rsidRPr="007C63DD" w:rsidRDefault="00773A59">
      <w:pPr>
        <w:autoSpaceDE w:val="0"/>
        <w:autoSpaceDN w:val="0"/>
        <w:spacing w:before="70" w:after="0" w:line="271" w:lineRule="auto"/>
        <w:ind w:right="432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Россия при первых Романовых.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4CA6C43E" w14:textId="77777777" w:rsidR="00491426" w:rsidRPr="007C63DD" w:rsidRDefault="00773A59">
      <w:pPr>
        <w:autoSpaceDE w:val="0"/>
        <w:autoSpaceDN w:val="0"/>
        <w:spacing w:before="72" w:after="0"/>
        <w:ind w:right="432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Д. Милославского: итоги его деятельности.</w:t>
      </w:r>
    </w:p>
    <w:p w14:paraId="34C36B78" w14:textId="77777777" w:rsidR="00491426" w:rsidRPr="007C63DD" w:rsidRDefault="00773A59">
      <w:pPr>
        <w:autoSpaceDE w:val="0"/>
        <w:autoSpaceDN w:val="0"/>
        <w:spacing w:before="70" w:after="0" w:line="271" w:lineRule="auto"/>
        <w:ind w:right="129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47FEB87B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Экономическое развитие России в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11F81104" w14:textId="77777777" w:rsidR="00491426" w:rsidRPr="007C63DD" w:rsidRDefault="00773A59">
      <w:pPr>
        <w:autoSpaceDE w:val="0"/>
        <w:autoSpaceDN w:val="0"/>
        <w:spacing w:before="70" w:after="0" w:line="281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Социальная структура российского общества.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74B1811E" w14:textId="77777777" w:rsidR="00491426" w:rsidRPr="007C63DD" w:rsidRDefault="00773A59">
      <w:pPr>
        <w:autoSpaceDE w:val="0"/>
        <w:autoSpaceDN w:val="0"/>
        <w:spacing w:before="70" w:after="0" w:line="283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Внешняя политика России в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Поляновский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яславская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рада. Вхождение земель Войска Запорожского в состав России. Война между Россией и Речью Посполитой 1654—1667 гг.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Андрусовское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перемирие. Русско-шведская война 1656—1658 гг. и ее результаты.</w:t>
      </w:r>
    </w:p>
    <w:p w14:paraId="58B364B7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Укрепление южных рубежей. Белгородская засечная черта. Конфликты с Османской империей.</w:t>
      </w:r>
    </w:p>
    <w:p w14:paraId="752BB464" w14:textId="77777777" w:rsidR="00491426" w:rsidRPr="007C63DD" w:rsidRDefault="00773A59">
      <w:pPr>
        <w:autoSpaceDE w:val="0"/>
        <w:autoSpaceDN w:val="0"/>
        <w:spacing w:before="70" w:after="0" w:line="27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28B46075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Освоение новых территорий.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Народы России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</w:t>
      </w:r>
    </w:p>
    <w:p w14:paraId="2AE5335C" w14:textId="77777777" w:rsidR="00491426" w:rsidRPr="007C63DD" w:rsidRDefault="00773A59">
      <w:pPr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Миссионерство и христианизация. Межэтнические отношения. Формирование многонациональной элиты.</w:t>
      </w:r>
    </w:p>
    <w:p w14:paraId="35F01582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Культурное пространство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–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вв.</w:t>
      </w:r>
    </w:p>
    <w:p w14:paraId="5675E1D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Изменения в картине мира человека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</w:t>
      </w:r>
    </w:p>
    <w:p w14:paraId="03659EC5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54" w:bottom="318" w:left="666" w:header="720" w:footer="720" w:gutter="0"/>
          <w:cols w:space="720" w:equalWidth="0">
            <w:col w:w="10580" w:space="0"/>
          </w:cols>
          <w:docGrid w:linePitch="360"/>
        </w:sectPr>
      </w:pPr>
    </w:p>
    <w:p w14:paraId="6C889EBD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503EBB2F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культуры в быт высших слоев населения страны.</w:t>
      </w:r>
    </w:p>
    <w:p w14:paraId="119FE41A" w14:textId="77777777" w:rsidR="00491426" w:rsidRPr="007C63DD" w:rsidRDefault="00773A59">
      <w:pPr>
        <w:autoSpaceDE w:val="0"/>
        <w:autoSpaceDN w:val="0"/>
        <w:spacing w:before="70" w:after="0" w:line="281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Солари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Алевиз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Фрязин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Петрок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Парсунная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живопись.</w:t>
      </w:r>
    </w:p>
    <w:p w14:paraId="3DFE6DBF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российской культуре. Симеон Полоцкий. Немецкая слобода как проводник европейского культурного влияния. Посадская сатира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64C509FB" w14:textId="77777777" w:rsidR="00491426" w:rsidRPr="007C63DD" w:rsidRDefault="00773A59">
      <w:pPr>
        <w:autoSpaceDE w:val="0"/>
        <w:autoSpaceDN w:val="0"/>
        <w:spacing w:before="7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образования и научных знаний. Школы при Аптекарском и Посольском приказах.</w:t>
      </w:r>
    </w:p>
    <w:p w14:paraId="761CDAF7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«Синопсис» Иннокентия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Гизеля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первое учебное пособие по истории.</w:t>
      </w:r>
    </w:p>
    <w:p w14:paraId="4C092E71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Наш край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17477082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14:paraId="2AB3DB55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50F216E2" w14:textId="77777777" w:rsidR="00491426" w:rsidRPr="007C63DD" w:rsidRDefault="00773A59">
      <w:pPr>
        <w:autoSpaceDE w:val="0"/>
        <w:autoSpaceDN w:val="0"/>
        <w:spacing w:before="166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7264AF1F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14:paraId="1B9F1BFE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Век Просвещения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—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4201B01F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55CE6EBA" w14:textId="77777777" w:rsidR="00491426" w:rsidRPr="007C63DD" w:rsidRDefault="00773A59">
      <w:pPr>
        <w:autoSpaceDE w:val="0"/>
        <w:autoSpaceDN w:val="0"/>
        <w:spacing w:before="70" w:after="0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Монархии в Европе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6B7AAAC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Великобритания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</w:t>
      </w:r>
    </w:p>
    <w:p w14:paraId="5BF5E8D5" w14:textId="77777777" w:rsidR="00491426" w:rsidRPr="007C63DD" w:rsidRDefault="00773A59">
      <w:pPr>
        <w:autoSpaceDE w:val="0"/>
        <w:autoSpaceDN w:val="0"/>
        <w:spacing w:before="70" w:after="0" w:line="271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Луддизм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3F2261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Франция.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7BAC4413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Правление Марии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Терезии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Иосифа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1ABC998C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Государства Пиренейского полуострова.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Попытки проведения реформ в Португалии.</w:t>
      </w:r>
    </w:p>
    <w:p w14:paraId="505B4116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Управление колониальными владениями Испании и Португалии в Южной Америке. Недовольство</w:t>
      </w:r>
    </w:p>
    <w:p w14:paraId="57DCCFCB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46" w:bottom="392" w:left="666" w:header="720" w:footer="720" w:gutter="0"/>
          <w:cols w:space="720" w:equalWidth="0">
            <w:col w:w="10588" w:space="0"/>
          </w:cols>
          <w:docGrid w:linePitch="360"/>
        </w:sectPr>
      </w:pPr>
    </w:p>
    <w:p w14:paraId="4D1C80AD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59815632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населения колоний политикой метрополий.</w:t>
      </w:r>
    </w:p>
    <w:p w14:paraId="51D4A4D7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115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Британские колонии в Северной Америке: борьба за независимость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переселенцев.</w:t>
      </w:r>
    </w:p>
    <w:p w14:paraId="65C49C6D" w14:textId="77777777" w:rsidR="00491426" w:rsidRPr="007C63DD" w:rsidRDefault="00773A59">
      <w:pPr>
        <w:autoSpaceDE w:val="0"/>
        <w:autoSpaceDN w:val="0"/>
        <w:spacing w:before="70" w:after="0" w:line="28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Дж. Вашингтона. Принятие Декларации независимости (1776). Перелом в войне и ее завершение.</w:t>
      </w:r>
    </w:p>
    <w:p w14:paraId="42B1F703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Поддержка колонистов со стороны России. Итоги Войны за независимость. Конституция (1787).</w:t>
      </w:r>
    </w:p>
    <w:p w14:paraId="405DF9C5" w14:textId="77777777" w:rsidR="00491426" w:rsidRPr="007C63DD" w:rsidRDefault="00773A59">
      <w:pPr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«Отцы-основатели». Билль о правах (1791). Значение завоевания североамериканскими штатами независимости.</w:t>
      </w:r>
    </w:p>
    <w:p w14:paraId="7043BF93" w14:textId="77777777" w:rsidR="00491426" w:rsidRPr="007C63DD" w:rsidRDefault="00773A59">
      <w:pPr>
        <w:autoSpaceDE w:val="0"/>
        <w:autoSpaceDN w:val="0"/>
        <w:spacing w:before="19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Французская революция конца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72194F67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Вареннский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</w:t>
      </w:r>
    </w:p>
    <w:p w14:paraId="50081CED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Террор. Отказ от основ «старого мира»: культ разума, борьба против церкви, новый календарь.</w:t>
      </w:r>
    </w:p>
    <w:p w14:paraId="624A8956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Термидорианский переворот (27 июля 1794 г.). Учреждение Директории. Наполеон Бонапарт.</w:t>
      </w:r>
    </w:p>
    <w:p w14:paraId="60838EE4" w14:textId="77777777" w:rsidR="00491426" w:rsidRPr="007C63DD" w:rsidRDefault="00773A59">
      <w:pPr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Государственный переворот 18—19 брюмера (ноябрь 1799 г.). Установление режима консульства. Итоги и значение революции.</w:t>
      </w:r>
    </w:p>
    <w:p w14:paraId="320DBB30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Европейская культура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14:paraId="53D2EBAA" w14:textId="77777777" w:rsidR="00491426" w:rsidRPr="007C63DD" w:rsidRDefault="00773A59">
      <w:pPr>
        <w:autoSpaceDE w:val="0"/>
        <w:autoSpaceDN w:val="0"/>
        <w:spacing w:before="70" w:after="0" w:line="281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5DA7C0AF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14:paraId="0797D0F2" w14:textId="77777777" w:rsidR="00491426" w:rsidRPr="007C63DD" w:rsidRDefault="00773A59">
      <w:pPr>
        <w:autoSpaceDE w:val="0"/>
        <w:autoSpaceDN w:val="0"/>
        <w:spacing w:before="70" w:after="0" w:line="278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Северная война (1700—1721). Династические войны «за наследство». Семилетняя война (1756—1763).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66377F72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7A2126B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Османская империя: от могущества к упадку. Положение населения. Попытки проведения реформ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 Селим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Индия. Ослабление империи Великих Моголов. Борьба европейцев за владения в Индии.</w:t>
      </w:r>
    </w:p>
    <w:p w14:paraId="64D6D5FA" w14:textId="77777777" w:rsidR="00491426" w:rsidRPr="007C63DD" w:rsidRDefault="00773A59">
      <w:pPr>
        <w:autoSpaceDE w:val="0"/>
        <w:autoSpaceDN w:val="0"/>
        <w:spacing w:before="70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Утверждение британского владычества. Китай. Империя Цин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Россией.«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Закрытие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Китая для иноземцев. Япония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Сегуны и дайме. Положение сословий. Культура стран Востока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20DBCB23" w14:textId="77777777" w:rsidR="00491426" w:rsidRPr="007C63DD" w:rsidRDefault="00773A59">
      <w:pPr>
        <w:autoSpaceDE w:val="0"/>
        <w:autoSpaceDN w:val="0"/>
        <w:spacing w:before="190" w:after="0" w:line="262" w:lineRule="auto"/>
        <w:ind w:left="180" w:right="561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Обобщение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2B0CC619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C63DD">
        <w:rPr>
          <w:rFonts w:ascii="Times New Roman" w:eastAsia="Times New Roman" w:hAnsi="Times New Roman" w:cs="Times New Roman"/>
          <w:b/>
          <w:color w:val="0F0F50"/>
          <w:sz w:val="24"/>
          <w:szCs w:val="24"/>
          <w:lang w:val="ru-RU"/>
        </w:rPr>
        <w:t xml:space="preserve">СТОРИЯ РОССИИ. РОССИЯ В КОНЦЕ </w:t>
      </w:r>
      <w:r w:rsidRPr="007C63DD">
        <w:rPr>
          <w:rFonts w:ascii="Times New Roman" w:eastAsia="Times New Roman" w:hAnsi="Times New Roman" w:cs="Times New Roman"/>
          <w:b/>
          <w:color w:val="0F0F5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b/>
          <w:color w:val="0F0F50"/>
          <w:sz w:val="24"/>
          <w:szCs w:val="24"/>
          <w:lang w:val="ru-RU"/>
        </w:rPr>
        <w:t xml:space="preserve"> — </w:t>
      </w:r>
      <w:r w:rsidRPr="007C63DD">
        <w:rPr>
          <w:rFonts w:ascii="Times New Roman" w:eastAsia="Times New Roman" w:hAnsi="Times New Roman" w:cs="Times New Roman"/>
          <w:b/>
          <w:color w:val="0F0F5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color w:val="0F0F50"/>
          <w:sz w:val="24"/>
          <w:szCs w:val="24"/>
          <w:lang w:val="ru-RU"/>
        </w:rPr>
        <w:t xml:space="preserve"> в.: ОТ ЦАРСТВА К ИМПЕРИИ</w:t>
      </w:r>
    </w:p>
    <w:p w14:paraId="24187265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14:paraId="58E940D7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36" w:bottom="462" w:left="666" w:header="720" w:footer="720" w:gutter="0"/>
          <w:cols w:space="720" w:equalWidth="0">
            <w:col w:w="10598" w:space="0"/>
          </w:cols>
          <w:docGrid w:linePitch="360"/>
        </w:sectPr>
      </w:pPr>
    </w:p>
    <w:p w14:paraId="07696222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0E666A6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Причины и предпосылки преобразований.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Россия и Европа в конце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1FCE644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Экономическая политика.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6E1A9132" w14:textId="77777777" w:rsidR="00491426" w:rsidRPr="007C63DD" w:rsidRDefault="00773A59">
      <w:pPr>
        <w:autoSpaceDE w:val="0"/>
        <w:autoSpaceDN w:val="0"/>
        <w:spacing w:before="70" w:after="0" w:line="278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Социальная политика.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0C412AD8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Реформы управления.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бюрократизации управления. Генеральный регламент. Санкт-Петербург — новая столица.</w:t>
      </w:r>
    </w:p>
    <w:p w14:paraId="3B1567BA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3F391A72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Церковная реформа.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0CB8530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Оппозиция реформам Петра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.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Социальные движения в первой четверти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14:paraId="1655A4DC" w14:textId="77777777" w:rsidR="00491426" w:rsidRPr="007C63DD" w:rsidRDefault="00773A59">
      <w:pPr>
        <w:autoSpaceDE w:val="0"/>
        <w:autoSpaceDN w:val="0"/>
        <w:spacing w:before="70" w:after="0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Внешняя политика.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Гренгам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Ништадтский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EA24EAE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Преобразования Петра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 области культуры.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</w:t>
      </w:r>
    </w:p>
    <w:p w14:paraId="63B16358" w14:textId="77777777" w:rsidR="00491426" w:rsidRPr="007C63DD" w:rsidRDefault="00773A59">
      <w:pPr>
        <w:autoSpaceDE w:val="0"/>
        <w:autoSpaceDN w:val="0"/>
        <w:spacing w:before="70" w:after="0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Введение нового летоисчисления, гражданского шрифта и гражданской печати. Первая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газета«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Ведомости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273D03CF" w14:textId="77777777" w:rsidR="00491426" w:rsidRPr="007C63DD" w:rsidRDefault="00773A59">
      <w:pPr>
        <w:autoSpaceDE w:val="0"/>
        <w:autoSpaceDN w:val="0"/>
        <w:spacing w:before="72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6AC7D1B2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русской культуре.</w:t>
      </w:r>
    </w:p>
    <w:p w14:paraId="0EC48E08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Россия после Петра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. Дворцовые перевороты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Кондиции«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верховников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и приход к власти Анны Иоанновны. Кабинет министров. Роль Э. Бирона, А. И.</w:t>
      </w:r>
    </w:p>
    <w:p w14:paraId="25897FD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7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Остермана, А. П.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Волын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ского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Б. Х. Миниха в управлении и политической жизни страны.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26F9C754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Россия при Елизавете Петровне.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 И.</w:t>
      </w:r>
    </w:p>
    <w:p w14:paraId="576096CA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Шувалова. Создание Дворянского и Купеческого банков. Усиление роли косвенных налогов.</w:t>
      </w:r>
    </w:p>
    <w:p w14:paraId="2F85A2D8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Ликвидация внутренних таможен. Распространение монополий в промышленности и внешней</w:t>
      </w:r>
    </w:p>
    <w:p w14:paraId="34C4FBAE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84" w:bottom="368" w:left="666" w:header="720" w:footer="720" w:gutter="0"/>
          <w:cols w:space="720" w:equalWidth="0">
            <w:col w:w="10550" w:space="0"/>
          </w:cols>
          <w:docGrid w:linePitch="360"/>
        </w:sectPr>
      </w:pPr>
    </w:p>
    <w:p w14:paraId="03F8196E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5FF454EB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 w:line="271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торговле. Основание Московского университета. М. В. Ломоносов и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И. Шувалов. Россия в международных конфликтах 1740—1750-х гг. Участие в Семилетней войне.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Петр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Манифест о вольности дворянства. Причины переворота 28 июня 1762 г.</w:t>
      </w:r>
    </w:p>
    <w:p w14:paraId="3B6AB1E9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1760—1790-х гг. </w:t>
      </w:r>
    </w:p>
    <w:p w14:paraId="0737F8C3" w14:textId="77777777" w:rsidR="00491426" w:rsidRPr="007C63DD" w:rsidRDefault="00773A59">
      <w:pPr>
        <w:autoSpaceDE w:val="0"/>
        <w:autoSpaceDN w:val="0"/>
        <w:spacing w:before="70" w:after="0" w:line="262" w:lineRule="auto"/>
        <w:ind w:left="180" w:right="158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Правление Екатерины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и Павла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Личность императрицы. Идеи Просвещения.</w:t>
      </w:r>
    </w:p>
    <w:p w14:paraId="094EFE66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«Просвещенный абсолютизм», его особенности в России. Секуляризация церковных земель.</w:t>
      </w:r>
    </w:p>
    <w:p w14:paraId="36825351" w14:textId="77777777" w:rsidR="00491426" w:rsidRPr="007C63DD" w:rsidRDefault="00773A59">
      <w:pPr>
        <w:autoSpaceDE w:val="0"/>
        <w:autoSpaceDN w:val="0"/>
        <w:spacing w:before="70" w:after="0" w:line="27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</w:t>
      </w:r>
    </w:p>
    <w:p w14:paraId="40C3101C" w14:textId="77777777" w:rsidR="00491426" w:rsidRPr="007C63DD" w:rsidRDefault="00773A59">
      <w:pPr>
        <w:autoSpaceDE w:val="0"/>
        <w:autoSpaceDN w:val="0"/>
        <w:spacing w:before="72" w:after="0" w:line="27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Дворянство —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164DD92B" w14:textId="77777777" w:rsidR="00491426" w:rsidRPr="007C63DD" w:rsidRDefault="00773A59">
      <w:pPr>
        <w:autoSpaceDE w:val="0"/>
        <w:autoSpaceDN w:val="0"/>
        <w:spacing w:before="70" w:after="0" w:line="23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</w:t>
      </w:r>
    </w:p>
    <w:p w14:paraId="4390F5AD" w14:textId="77777777" w:rsidR="00491426" w:rsidRPr="007C63DD" w:rsidRDefault="00773A59">
      <w:pPr>
        <w:autoSpaceDE w:val="0"/>
        <w:autoSpaceDN w:val="0"/>
        <w:spacing w:before="70" w:after="0" w:line="262" w:lineRule="auto"/>
        <w:ind w:right="115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</w:t>
      </w:r>
    </w:p>
    <w:p w14:paraId="2B2DCA63" w14:textId="77777777" w:rsidR="00491426" w:rsidRPr="007C63DD" w:rsidRDefault="00773A59">
      <w:pPr>
        <w:autoSpaceDE w:val="0"/>
        <w:autoSpaceDN w:val="0"/>
        <w:spacing w:before="70" w:after="0" w:line="27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16B9F7F5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Крестьяне: крепостные,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776A2A1F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Рябушинские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Гарелины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Прохоровы, Демидовы и др.</w:t>
      </w:r>
    </w:p>
    <w:p w14:paraId="3EDEE95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Водно-транспортные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системы: Вышневолоцкая, Тихвинская, Мариинская и др. Ярмарки и их роль во внутренней торговле.</w:t>
      </w:r>
    </w:p>
    <w:p w14:paraId="08AA6EAC" w14:textId="77777777" w:rsidR="00491426" w:rsidRPr="007C63DD" w:rsidRDefault="00773A59">
      <w:pPr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Макарьевская, Ирбитская,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Свенская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0D647B94" w14:textId="77777777" w:rsidR="00491426" w:rsidRPr="007C63DD" w:rsidRDefault="00773A59">
      <w:pPr>
        <w:autoSpaceDE w:val="0"/>
        <w:autoSpaceDN w:val="0"/>
        <w:spacing w:before="72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Обострение социальных противоречий.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Антидворянский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62E58DFE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в., ее основные задачи.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юг в 1787 г.</w:t>
      </w:r>
    </w:p>
    <w:p w14:paraId="1B853014" w14:textId="77777777" w:rsidR="00491426" w:rsidRPr="007C63DD" w:rsidRDefault="00773A59">
      <w:pPr>
        <w:autoSpaceDE w:val="0"/>
        <w:autoSpaceDN w:val="0"/>
        <w:spacing w:before="70" w:after="0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</w:t>
      </w:r>
    </w:p>
    <w:p w14:paraId="5F922AD5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54" w:bottom="378" w:left="666" w:header="720" w:footer="720" w:gutter="0"/>
          <w:cols w:space="720" w:equalWidth="0">
            <w:col w:w="10580" w:space="0"/>
          </w:cols>
          <w:docGrid w:linePitch="360"/>
        </w:sectPr>
      </w:pPr>
    </w:p>
    <w:p w14:paraId="058216BB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6AAEC63E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 Костюшко.</w:t>
      </w:r>
    </w:p>
    <w:p w14:paraId="4DF82F36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Россия при Павле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.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Личность Павла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4537F9AB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0F71E0CD" w14:textId="77777777" w:rsidR="00491426" w:rsidRPr="007C63DD" w:rsidRDefault="00773A59">
      <w:pPr>
        <w:autoSpaceDE w:val="0"/>
        <w:autoSpaceDN w:val="0"/>
        <w:spacing w:before="19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</w:p>
    <w:p w14:paraId="1EC9DD7C" w14:textId="77777777" w:rsidR="00491426" w:rsidRPr="007C63DD" w:rsidRDefault="00773A59">
      <w:pPr>
        <w:autoSpaceDE w:val="0"/>
        <w:autoSpaceDN w:val="0"/>
        <w:spacing w:before="72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41429CB0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3381E01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187E5ECC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Российская наука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—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</w:t>
      </w:r>
    </w:p>
    <w:p w14:paraId="4307716E" w14:textId="77777777" w:rsidR="00491426" w:rsidRPr="007C63DD" w:rsidRDefault="00773A59">
      <w:pPr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Российская академия. Е. Р. Дашкова. М. В. Ломоносов и его роль в становлении российской науки и образования.</w:t>
      </w:r>
    </w:p>
    <w:p w14:paraId="0F976114" w14:textId="77777777" w:rsidR="00491426" w:rsidRPr="007C63DD" w:rsidRDefault="00773A59">
      <w:pPr>
        <w:autoSpaceDE w:val="0"/>
        <w:autoSpaceDN w:val="0"/>
        <w:spacing w:before="70" w:after="0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Образование в России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породы»людей</w:t>
      </w:r>
      <w:proofErr w:type="spellEnd"/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Основание воспитательных домов в Санкт-Петербурге и Москве, Института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городных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— первый российский университет.</w:t>
      </w:r>
    </w:p>
    <w:p w14:paraId="3D74071F" w14:textId="77777777" w:rsidR="00491426" w:rsidRPr="007C63DD" w:rsidRDefault="00773A59">
      <w:pPr>
        <w:autoSpaceDE w:val="0"/>
        <w:autoSpaceDN w:val="0"/>
        <w:spacing w:before="7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Русская архитектура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</w:t>
      </w:r>
    </w:p>
    <w:p w14:paraId="2741F559" w14:textId="77777777" w:rsidR="00491426" w:rsidRPr="007C63DD" w:rsidRDefault="00773A59">
      <w:pPr>
        <w:autoSpaceDE w:val="0"/>
        <w:autoSpaceDN w:val="0"/>
        <w:spacing w:before="70" w:after="0" w:line="27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286E1CF1" w14:textId="77777777" w:rsidR="00491426" w:rsidRPr="007C63DD" w:rsidRDefault="00773A59">
      <w:pPr>
        <w:autoSpaceDE w:val="0"/>
        <w:autoSpaceDN w:val="0"/>
        <w:spacing w:before="70" w:after="0" w:line="271" w:lineRule="auto"/>
        <w:ind w:right="720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14:paraId="23591994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Наш край в 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в.</w:t>
      </w:r>
    </w:p>
    <w:p w14:paraId="2C36F5F1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14:paraId="5385FAB6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55F001FD" w14:textId="77777777" w:rsidR="00491426" w:rsidRPr="007C63DD" w:rsidRDefault="00773A59">
      <w:pPr>
        <w:autoSpaceDE w:val="0"/>
        <w:autoSpaceDN w:val="0"/>
        <w:spacing w:before="166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НАЧАЛО ХХ в.</w:t>
      </w:r>
    </w:p>
    <w:p w14:paraId="738939FF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14:paraId="7282EBD6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700" w:bottom="512" w:left="666" w:header="720" w:footer="720" w:gutter="0"/>
          <w:cols w:space="720" w:equalWidth="0">
            <w:col w:w="10534" w:space="0"/>
          </w:cols>
          <w:docGrid w:linePitch="360"/>
        </w:sectPr>
      </w:pPr>
    </w:p>
    <w:p w14:paraId="239E68DB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0F2953A2" w14:textId="77777777" w:rsidR="00491426" w:rsidRPr="007C63DD" w:rsidRDefault="00773A59">
      <w:pPr>
        <w:autoSpaceDE w:val="0"/>
        <w:autoSpaceDN w:val="0"/>
        <w:spacing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Европа в начале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14:paraId="3F7A1890" w14:textId="77777777" w:rsidR="00491426" w:rsidRPr="007C63DD" w:rsidRDefault="00773A59">
      <w:pPr>
        <w:autoSpaceDE w:val="0"/>
        <w:autoSpaceDN w:val="0"/>
        <w:spacing w:before="70" w:after="0" w:line="281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Антинаполеоновские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4A0D1451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3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Развитие индустриального общества в первой половине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в.: экономика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социальные отношения, политические процессы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72D1569E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Политическое развитие европейских стран в 1815—1840-е гг.</w:t>
      </w:r>
    </w:p>
    <w:p w14:paraId="63F4DA8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</w:t>
      </w:r>
    </w:p>
    <w:p w14:paraId="436FE22E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Европейские революции 1830 г. и 1848—1849 гг. Возникновение и распространение марксизма.</w:t>
      </w:r>
    </w:p>
    <w:p w14:paraId="3644CB97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Страны Европы и Северной Америки в середине Х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Х — начале ХХ в.</w:t>
      </w:r>
    </w:p>
    <w:p w14:paraId="0843214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Великобритания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12601D8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Франция.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Империя Наполеона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1870—1871 гг. Парижская коммуна.</w:t>
      </w:r>
    </w:p>
    <w:p w14:paraId="0C586B47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Италия.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Кавур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Дж. Гарибальди.</w:t>
      </w:r>
    </w:p>
    <w:p w14:paraId="371849FA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Образование единого государства. Король Виктор Эммануил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9DAC4BA" w14:textId="77777777" w:rsidR="00491426" w:rsidRPr="007C63DD" w:rsidRDefault="00773A59">
      <w:pPr>
        <w:autoSpaceDE w:val="0"/>
        <w:autoSpaceDN w:val="0"/>
        <w:spacing w:before="70" w:after="0" w:line="23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Германия.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</w:t>
      </w:r>
    </w:p>
    <w:p w14:paraId="18B9E34C" w14:textId="77777777" w:rsidR="00491426" w:rsidRPr="007C63DD" w:rsidRDefault="00773A59">
      <w:pPr>
        <w:autoSpaceDE w:val="0"/>
        <w:autoSpaceDN w:val="0"/>
        <w:spacing w:before="70" w:after="0" w:line="262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2E519847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Страны Центральной и Юго-</w:t>
      </w:r>
      <w:proofErr w:type="spellStart"/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ВосточнойЕвропы</w:t>
      </w:r>
      <w:proofErr w:type="spellEnd"/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во второй половине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1877—1878 гг., ее итоги.</w:t>
      </w:r>
    </w:p>
    <w:p w14:paraId="0B4BA214" w14:textId="77777777" w:rsidR="00491426" w:rsidRPr="007C63DD" w:rsidRDefault="00773A59">
      <w:pPr>
        <w:autoSpaceDE w:val="0"/>
        <w:autoSpaceDN w:val="0"/>
        <w:spacing w:before="72" w:after="0" w:line="271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Соединенные Штаты Америки.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(1861—1865): причины, участники, итоги. А. Линкольн. Восстановление Юга. Промышленный рост в конце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6F959B4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начале ХХ в.</w:t>
      </w:r>
    </w:p>
    <w:p w14:paraId="5972CD9B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Завершение промышленного переворота. Вторая промышленная революция. Индустриализация.</w:t>
      </w:r>
    </w:p>
    <w:p w14:paraId="244692D8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Монополистический капитализм. Технический прогресс в промышленности и сельском хозяйстве.</w:t>
      </w:r>
    </w:p>
    <w:p w14:paraId="427C32A6" w14:textId="77777777" w:rsidR="00491426" w:rsidRPr="007C63DD" w:rsidRDefault="00773A59">
      <w:pPr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31AFDD67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Латинской Америки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ХХ в. </w:t>
      </w:r>
    </w:p>
    <w:p w14:paraId="42CD7CC1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Туссен-Лувертюр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латифундизм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Проблемы модернизации. Мексиканская революция 1910—1917 гг.: участники, итоги,</w:t>
      </w:r>
    </w:p>
    <w:p w14:paraId="6037C4C3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72" w:bottom="356" w:left="666" w:header="720" w:footer="720" w:gutter="0"/>
          <w:cols w:space="720" w:equalWidth="0">
            <w:col w:w="10562" w:space="0"/>
          </w:cols>
          <w:docGrid w:linePitch="360"/>
        </w:sectPr>
      </w:pPr>
    </w:p>
    <w:p w14:paraId="56846613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04CBCB2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значение.</w:t>
      </w:r>
    </w:p>
    <w:p w14:paraId="0AEFD1AF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Страны Азии в Х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Х — начале ХХ в.</w:t>
      </w:r>
    </w:p>
    <w:p w14:paraId="2D4BD1F6" w14:textId="77777777" w:rsidR="00491426" w:rsidRPr="007C63DD" w:rsidRDefault="00773A59">
      <w:pPr>
        <w:autoSpaceDE w:val="0"/>
        <w:autoSpaceDN w:val="0"/>
        <w:spacing w:before="70" w:after="0" w:line="271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Япония.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Внутренняя и внешняя политика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сегуната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50C2845C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Китай.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Политика«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самоусиления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». Восстание «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ихэтуаней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». Революция 1911—1913 гг. Сунь Ятсен.</w:t>
      </w:r>
    </w:p>
    <w:p w14:paraId="515CADE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Османская империя.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Танзимата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Принятие конституции. Младотурецкая революция 1908—1909 гг.</w:t>
      </w:r>
    </w:p>
    <w:p w14:paraId="6B87CFF4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Революция 1905—1911 г. в Иране.</w:t>
      </w:r>
    </w:p>
    <w:p w14:paraId="5441B275" w14:textId="77777777" w:rsidR="00491426" w:rsidRPr="007C63DD" w:rsidRDefault="00773A59">
      <w:pPr>
        <w:autoSpaceDE w:val="0"/>
        <w:autoSpaceDN w:val="0"/>
        <w:spacing w:before="72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Индия.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сипаев (1857—1859). Объявление Индии владением британской короны. Политическое развитие Индии во второй половине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Тилак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М.К. Ганди.</w:t>
      </w:r>
    </w:p>
    <w:p w14:paraId="77682537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Народы Африки в Х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Х — начале ХХ в.</w:t>
      </w:r>
    </w:p>
    <w:p w14:paraId="7168B2B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589C89D1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Развитие культуры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ХХ в.</w:t>
      </w:r>
    </w:p>
    <w:p w14:paraId="085FFC7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начале ХХ в. Революция в физике. Достижения естествознания и медицины. Развитие философии, психологии и социологии.</w:t>
      </w:r>
    </w:p>
    <w:p w14:paraId="6564CCB3" w14:textId="77777777" w:rsidR="00491426" w:rsidRPr="007C63DD" w:rsidRDefault="00773A59">
      <w:pPr>
        <w:autoSpaceDE w:val="0"/>
        <w:autoSpaceDN w:val="0"/>
        <w:spacing w:before="70" w:after="0" w:line="28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ХХ в. Эволюция стилей в литературе, живописи: классицизм, романтизм, реализм. Импрессионизм. Модернизм. Смена стилей в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архитектуре. Музыкальное и театральное искусство. Рождение кинематографа. Деятели культуры: жизнь и творчество.</w:t>
      </w:r>
    </w:p>
    <w:p w14:paraId="670DD1B5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14:paraId="1832EF10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</w:t>
      </w:r>
    </w:p>
    <w:p w14:paraId="7509F846" w14:textId="77777777" w:rsidR="00491426" w:rsidRPr="007C63DD" w:rsidRDefault="00773A59">
      <w:pPr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Международные конфликты и войны в конце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начале ХХ в. (испано-американская война, русско-японская война, боснийский кризис). Балканские войны.</w:t>
      </w:r>
    </w:p>
    <w:p w14:paraId="1A868FDD" w14:textId="77777777" w:rsidR="00491426" w:rsidRPr="007C63DD" w:rsidRDefault="00773A59">
      <w:pPr>
        <w:autoSpaceDE w:val="0"/>
        <w:autoSpaceDN w:val="0"/>
        <w:spacing w:before="19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Обобщение (1 ч).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Историческое и культурное наследие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3749E3A2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28AE893B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Александровская эпоха: государственный либерализм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4AD36BEF" w14:textId="77777777" w:rsidR="00491426" w:rsidRPr="007C63DD" w:rsidRDefault="00773A59">
      <w:pPr>
        <w:autoSpaceDE w:val="0"/>
        <w:autoSpaceDN w:val="0"/>
        <w:spacing w:before="70" w:after="0" w:line="281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1805—1807 гг.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Тильзитский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мир. Война со Швецией 1808—1809 г. и присоединение Финляндии. Война с Турцией и Бухарестский мир 1812 г. Отечественная война 1812 г. — важнейшее событие российской и мировой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2BE07EF3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</w:t>
      </w:r>
    </w:p>
    <w:p w14:paraId="5E7302EC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Военные поселения. Дворянская оппозиция самодержавию. Тайные организации: Союз спасения,</w:t>
      </w:r>
    </w:p>
    <w:p w14:paraId="7D43FEFB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68" w:bottom="356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3499EEED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106FCACC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Союз благоденствия, Северное и Южное общества. Восстание декабристов 14 декабря 1825 г.</w:t>
      </w:r>
    </w:p>
    <w:p w14:paraId="2BC3BFA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Николаевское самодержавие: государственный консерватизм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Экономическая политика в условиях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политиче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ского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1837—1841 гг.</w:t>
      </w:r>
    </w:p>
    <w:p w14:paraId="0F9BADA7" w14:textId="77777777" w:rsidR="00491426" w:rsidRPr="007C63DD" w:rsidRDefault="00773A59">
      <w:pPr>
        <w:autoSpaceDE w:val="0"/>
        <w:autoSpaceDN w:val="0"/>
        <w:spacing w:before="70" w:after="0" w:line="262" w:lineRule="auto"/>
        <w:ind w:right="187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Официальная идеология: «православие, самодержавие, народность». Формирование профессиональной бюрократии.</w:t>
      </w:r>
    </w:p>
    <w:p w14:paraId="6261A68C" w14:textId="77777777" w:rsidR="00491426" w:rsidRPr="007C63DD" w:rsidRDefault="00773A59">
      <w:pPr>
        <w:autoSpaceDE w:val="0"/>
        <w:autoSpaceDN w:val="0"/>
        <w:spacing w:before="70" w:after="0" w:line="278" w:lineRule="auto"/>
        <w:ind w:right="288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573F429E" w14:textId="77777777" w:rsidR="00491426" w:rsidRPr="007C63DD" w:rsidRDefault="00773A59">
      <w:pPr>
        <w:autoSpaceDE w:val="0"/>
        <w:autoSpaceDN w:val="0"/>
        <w:spacing w:before="70" w:after="0"/>
        <w:ind w:right="86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30EB879C" w14:textId="77777777" w:rsidR="00491426" w:rsidRPr="007C63DD" w:rsidRDefault="00773A59">
      <w:pPr>
        <w:autoSpaceDE w:val="0"/>
        <w:autoSpaceDN w:val="0"/>
        <w:spacing w:before="70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Общественная жизнь в 1830—1850-е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56BE27D7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580B3779" w14:textId="77777777" w:rsidR="00491426" w:rsidRPr="007C63DD" w:rsidRDefault="00773A59">
      <w:pPr>
        <w:autoSpaceDE w:val="0"/>
        <w:autoSpaceDN w:val="0"/>
        <w:spacing w:before="70" w:after="0" w:line="271" w:lineRule="auto"/>
        <w:ind w:right="478" w:firstLine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</w:t>
      </w:r>
    </w:p>
    <w:p w14:paraId="415C0B07" w14:textId="77777777" w:rsidR="00491426" w:rsidRPr="007C63DD" w:rsidRDefault="00773A59">
      <w:pPr>
        <w:autoSpaceDE w:val="0"/>
        <w:autoSpaceDN w:val="0"/>
        <w:spacing w:before="70" w:after="0" w:line="28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031FDEDE" w14:textId="77777777" w:rsidR="00491426" w:rsidRPr="007C63DD" w:rsidRDefault="00773A59">
      <w:pPr>
        <w:autoSpaceDE w:val="0"/>
        <w:autoSpaceDN w:val="0"/>
        <w:spacing w:before="19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России в первой половине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78B59D86" w14:textId="77777777" w:rsidR="00491426" w:rsidRPr="007C63DD" w:rsidRDefault="00773A59">
      <w:pPr>
        <w:autoSpaceDE w:val="0"/>
        <w:autoSpaceDN w:val="0"/>
        <w:spacing w:before="72" w:after="0" w:line="28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1830—1831 гг. Присоединение Грузии и Закавказья. Кавказская война. Движение Шамиля.</w:t>
      </w:r>
    </w:p>
    <w:p w14:paraId="6A69045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7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Реформы 1860—1870-х гг. —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</w:t>
      </w:r>
    </w:p>
    <w:p w14:paraId="59D81BF3" w14:textId="77777777" w:rsidR="00491426" w:rsidRPr="007C63DD" w:rsidRDefault="00773A59">
      <w:pPr>
        <w:autoSpaceDE w:val="0"/>
        <w:autoSpaceDN w:val="0"/>
        <w:spacing w:before="70" w:after="0" w:line="27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всесословности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правовом строе страны. Конституционный вопрос.</w:t>
      </w:r>
    </w:p>
    <w:p w14:paraId="52B528C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Многовекторность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1877—1878 гг. Россия на Дальнем Востоке.</w:t>
      </w:r>
    </w:p>
    <w:p w14:paraId="0AE9F233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1880—1890-х гг. </w:t>
      </w:r>
    </w:p>
    <w:p w14:paraId="4BFD3FD4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50" w:bottom="30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D8695C9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F2D1DD5" w14:textId="77777777" w:rsidR="00491426" w:rsidRPr="007C63DD" w:rsidRDefault="00773A59">
      <w:pPr>
        <w:autoSpaceDE w:val="0"/>
        <w:autoSpaceDN w:val="0"/>
        <w:spacing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Идеология самобытного развития России.</w:t>
      </w:r>
    </w:p>
    <w:p w14:paraId="40DE37BD" w14:textId="77777777" w:rsidR="00491426" w:rsidRPr="007C63DD" w:rsidRDefault="00773A59">
      <w:pPr>
        <w:autoSpaceDE w:val="0"/>
        <w:autoSpaceDN w:val="0"/>
        <w:spacing w:before="70" w:after="0" w:line="27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Государственный национализм. Реформы и «контрреформы». Политика консервативной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</w:t>
      </w:r>
    </w:p>
    <w:p w14:paraId="280D32D1" w14:textId="77777777" w:rsidR="00491426" w:rsidRPr="007C63DD" w:rsidRDefault="00773A59">
      <w:pPr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1D6337A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025A85DE" w14:textId="77777777" w:rsidR="00491426" w:rsidRPr="007C63DD" w:rsidRDefault="00773A59">
      <w:pPr>
        <w:autoSpaceDE w:val="0"/>
        <w:autoSpaceDN w:val="0"/>
        <w:spacing w:before="70" w:after="0" w:line="262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</w:t>
      </w:r>
    </w:p>
    <w:p w14:paraId="65CE4FB7" w14:textId="77777777" w:rsidR="00491426" w:rsidRPr="007C63DD" w:rsidRDefault="00773A59">
      <w:pPr>
        <w:autoSpaceDE w:val="0"/>
        <w:autoSpaceDN w:val="0"/>
        <w:spacing w:before="7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Помещичье «оскудение». Социальные типы крестьян и помещиков. Дворяне-предприниматели.</w:t>
      </w:r>
    </w:p>
    <w:p w14:paraId="36D516EB" w14:textId="77777777" w:rsidR="00491426" w:rsidRPr="007C63DD" w:rsidRDefault="00773A59">
      <w:pPr>
        <w:autoSpaceDE w:val="0"/>
        <w:autoSpaceDN w:val="0"/>
        <w:spacing w:before="72" w:after="0" w:line="271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27DD1462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6763B35D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Развитие городской культуры.</w:t>
      </w:r>
    </w:p>
    <w:p w14:paraId="76E4E6BA" w14:textId="77777777" w:rsidR="00491426" w:rsidRPr="007C63DD" w:rsidRDefault="00773A59">
      <w:pPr>
        <w:autoSpaceDE w:val="0"/>
        <w:autoSpaceDN w:val="0"/>
        <w:spacing w:before="7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Технический прогресс и перемены в повседневной жизни. Развитие транспорта, связи. Рост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467455A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Этнокультурный облик империи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</w:t>
      </w:r>
    </w:p>
    <w:p w14:paraId="78068051" w14:textId="77777777" w:rsidR="00491426" w:rsidRPr="007C63DD" w:rsidRDefault="00773A59">
      <w:pPr>
        <w:autoSpaceDE w:val="0"/>
        <w:autoSpaceDN w:val="0"/>
        <w:spacing w:before="70" w:after="0" w:line="262" w:lineRule="auto"/>
        <w:ind w:right="115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Север, Сибирь, Дальний Восток. Средняя Азия. Миссии Русской православной церкви и ее знаменитые миссионеры.</w:t>
      </w:r>
    </w:p>
    <w:p w14:paraId="2C759A6A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92" w:after="0" w:line="28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Формирование гражданского общества и основные направления общественных движений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Общественная жизнь в 1860—1890-х гг. Рост общественной самодеятельности. Расширение публичной сферы (общественное самоуправление, печать, образование, суд). Феномен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интеллигенции. Общественные организации. Благотворительность. Студенческое движение. Рабочее движение. Женское движение.</w:t>
      </w:r>
    </w:p>
    <w:p w14:paraId="36B19911" w14:textId="77777777" w:rsidR="00491426" w:rsidRPr="007C63DD" w:rsidRDefault="00773A59">
      <w:pPr>
        <w:autoSpaceDE w:val="0"/>
        <w:autoSpaceDN w:val="0"/>
        <w:spacing w:before="70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</w:t>
      </w:r>
    </w:p>
    <w:p w14:paraId="564A02BB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Народнические кружки: идеология и практика. Большое общество пропаганды. «Хождение в народ».</w:t>
      </w:r>
    </w:p>
    <w:p w14:paraId="7057ACCD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«Земля и воля» и ее раскол. «Черный передел» и «Народная воля». Политический терроризм.</w:t>
      </w:r>
    </w:p>
    <w:p w14:paraId="6E8D31C0" w14:textId="77777777" w:rsidR="00491426" w:rsidRPr="007C63DD" w:rsidRDefault="00773A59">
      <w:pPr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Распространение марксизма и формирование социал-демократии. Группа «Освобождение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труда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».«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Союз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борьбы за освобождение рабочего класса».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съезд РСДРП.</w:t>
      </w:r>
    </w:p>
    <w:p w14:paraId="39BA8790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Россия на пороге ХХ в.</w:t>
      </w:r>
    </w:p>
    <w:p w14:paraId="43EF800C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пороге нового века: динамика и противоречия развития. Экономический рост. Промышленное</w:t>
      </w:r>
    </w:p>
    <w:p w14:paraId="561012F1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42" w:bottom="356" w:left="666" w:header="720" w:footer="720" w:gutter="0"/>
          <w:cols w:space="720" w:equalWidth="0">
            <w:col w:w="10592" w:space="0"/>
          </w:cols>
          <w:docGrid w:linePitch="360"/>
        </w:sectPr>
      </w:pPr>
    </w:p>
    <w:p w14:paraId="41B38570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1F12E405" w14:textId="77777777" w:rsidR="00491426" w:rsidRPr="007C63DD" w:rsidRDefault="00773A59">
      <w:pPr>
        <w:autoSpaceDE w:val="0"/>
        <w:autoSpaceDN w:val="0"/>
        <w:spacing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развитие. Новая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гео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графия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экономики. Урбанизация и облик городов. Отечественный и иностранный капитал, его роль в индустриализации страны. Россия — мировой экспортер хлеба.</w:t>
      </w:r>
    </w:p>
    <w:p w14:paraId="32C24E7D" w14:textId="77777777" w:rsidR="00491426" w:rsidRPr="007C63DD" w:rsidRDefault="00773A59">
      <w:pPr>
        <w:autoSpaceDE w:val="0"/>
        <w:autoSpaceDN w:val="0"/>
        <w:spacing w:before="7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</w:t>
      </w:r>
    </w:p>
    <w:p w14:paraId="6349CD80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Распространение светской этики и культуры.</w:t>
      </w:r>
    </w:p>
    <w:p w14:paraId="215D9B4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1F1A4B88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Россия в системе международных отношений. Политика на Дальнем Востоке. Русско-японская война 1904—1905 гг. Оборона Порт-Артура.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Цусимское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сражение.</w:t>
      </w:r>
    </w:p>
    <w:p w14:paraId="4ED0735A" w14:textId="77777777" w:rsidR="00491426" w:rsidRPr="007C63DD" w:rsidRDefault="00773A59">
      <w:pPr>
        <w:autoSpaceDE w:val="0"/>
        <w:autoSpaceDN w:val="0"/>
        <w:spacing w:before="72" w:after="0" w:line="271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Первая российская революция 1905—1907 гг. Начало парламентаризма в России. Николай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его окружение. Деятельность В. К. Плеве на посту министра внутренних дел. Оппозиционное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либеральное движение. «Союз освобождения». Банкетная кампания.</w:t>
      </w:r>
    </w:p>
    <w:p w14:paraId="2DE6207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7077FD6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</w:t>
      </w:r>
    </w:p>
    <w:p w14:paraId="4641042D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многопартийной системы. Политические партии, массовые движения и их лидеры.</w:t>
      </w:r>
    </w:p>
    <w:p w14:paraId="474A0F2F" w14:textId="77777777" w:rsidR="00491426" w:rsidRPr="007C63DD" w:rsidRDefault="00773A59">
      <w:pPr>
        <w:autoSpaceDE w:val="0"/>
        <w:autoSpaceDN w:val="0"/>
        <w:spacing w:before="70" w:after="0" w:line="262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Неонароднические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</w:t>
      </w:r>
    </w:p>
    <w:p w14:paraId="7F3559EF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Правомонархические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партии в борьбе с революцией. Советы и профсоюзы. Декабрьское 1905 г.</w:t>
      </w:r>
    </w:p>
    <w:p w14:paraId="3CC81A30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вооруженное восстание в Москве. Особенности революционных выступлений в 1906—1907 гг.</w:t>
      </w:r>
    </w:p>
    <w:p w14:paraId="63A180B9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Государственную думу.</w:t>
      </w:r>
    </w:p>
    <w:p w14:paraId="45D41884" w14:textId="77777777" w:rsidR="00491426" w:rsidRPr="007C63DD" w:rsidRDefault="00773A59">
      <w:pPr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Основные государственные законы 23 апреля 1906 г. Деятельность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14:paraId="74BD5B9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</w:t>
      </w:r>
    </w:p>
    <w:p w14:paraId="1F6F8F51" w14:textId="77777777" w:rsidR="00491426" w:rsidRPr="007C63DD" w:rsidRDefault="00773A59">
      <w:pPr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Незавершенность преобразований и нарастание социальных противоречий.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15D9D9CA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6184D92C" w14:textId="77777777" w:rsidR="00491426" w:rsidRPr="007C63DD" w:rsidRDefault="00773A59">
      <w:pPr>
        <w:autoSpaceDE w:val="0"/>
        <w:autoSpaceDN w:val="0"/>
        <w:spacing w:before="72" w:after="0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сезоны»в</w:t>
      </w:r>
      <w:proofErr w:type="spellEnd"/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Париже. Зарождение российского кинематографа.</w:t>
      </w:r>
    </w:p>
    <w:p w14:paraId="408C4F11" w14:textId="77777777" w:rsidR="00491426" w:rsidRPr="007C63DD" w:rsidRDefault="00773A59">
      <w:pPr>
        <w:autoSpaceDE w:val="0"/>
        <w:autoSpaceDN w:val="0"/>
        <w:spacing w:before="70" w:after="0" w:line="271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14:paraId="61C21019" w14:textId="77777777" w:rsidR="00491426" w:rsidRPr="007C63DD" w:rsidRDefault="00773A59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Наш край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начале ХХ в.</w:t>
      </w:r>
    </w:p>
    <w:p w14:paraId="6CF06F83" w14:textId="77777777" w:rsidR="00491426" w:rsidRPr="007C63DD" w:rsidRDefault="00773A59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14:paraId="5EF2EC06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96" w:bottom="1218" w:left="666" w:header="720" w:footer="720" w:gutter="0"/>
          <w:cols w:space="720" w:equalWidth="0">
            <w:col w:w="10538" w:space="0"/>
          </w:cols>
          <w:docGrid w:linePitch="360"/>
        </w:sectPr>
      </w:pPr>
    </w:p>
    <w:p w14:paraId="285590B3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59CF9CB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</w:t>
      </w:r>
    </w:p>
    <w:p w14:paraId="2227C7A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6B2207BC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138FA37F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6" w:after="0" w:line="29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важнейшим </w:t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патриотического воспитания: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гражданского воспитания: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духовно-нравственной сфере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эстетического воспитания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трудового воспитания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понимание на основе знания истории значения трудовой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построение индивидуальной траектории образования и жизненных планов;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экологического воспитания: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14:paraId="087FFDB5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134AF91" w14:textId="77777777" w:rsidR="00491426" w:rsidRPr="007C63DD" w:rsidRDefault="00491426">
      <w:pPr>
        <w:autoSpaceDE w:val="0"/>
        <w:autoSpaceDN w:val="0"/>
        <w:spacing w:after="72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4D402AF6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направленности.</w:t>
      </w:r>
    </w:p>
    <w:p w14:paraId="31BCFEAD" w14:textId="77777777" w:rsidR="00491426" w:rsidRPr="007C63DD" w:rsidRDefault="00773A59">
      <w:pPr>
        <w:autoSpaceDE w:val="0"/>
        <w:autoSpaceDN w:val="0"/>
        <w:spacing w:before="70" w:after="0"/>
        <w:ind w:right="576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адаптации к меняющимся условиям социальной и природной среды: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3A830E7C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50CF8A81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Метапредметные результаты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4501607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8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познавательных действий: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владение базовыми логическими действиями: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владение базовыми исследовательскими действиями: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предложенным учителем или сформулированным самостоятельно).</w:t>
      </w:r>
    </w:p>
    <w:p w14:paraId="60DD7FE7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8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коммуникативных действий: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общение: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осуществление совместной деятельности: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2C80AB3E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регулятивных действий: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ладение приемами самоорганизации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5F3639B2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 сфере эмоционального интеллекта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понимания себя и других: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3E504924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14:paraId="2912BE00" w14:textId="77777777" w:rsidR="00491426" w:rsidRPr="007C63DD" w:rsidRDefault="00491426">
      <w:pPr>
        <w:autoSpaceDE w:val="0"/>
        <w:autoSpaceDN w:val="0"/>
        <w:spacing w:after="9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4F0FCA42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2BCF3206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46BEE72C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24B75868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6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1.Знание хронологии, работа с хронологией: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смысл основных хронологических понятий (век, тысячелетие, до нашей эры, наша эра);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даты важнейших событий истории Древнего мира; по дате устанавливать принадлежность события к веку, тысячелетию;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28C743F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2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2.Знание исторических фактов, работа с фактами: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истории Древнего мира;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14:paraId="7F86CDFD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3.Работа с исторической картой: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цивилизаций и государств, места важнейших исторических событий), используя легенду карты;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719967C1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4.Работа с историческими источниками: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разных типов;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памятники культуры изучаемой эпохи и источники, созданные в последующие эпохи, приводить примеры;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252E594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5.Историческое описание (реконструкция):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условия жизни людей в древности;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значительных событиях древней истории, их участниках;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об исторических личностях Древнего мира (ключевых моментах их биографии, роли в исторических событиях);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7E234CCE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6.Анализ, объяснение исторических событий, явлений: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сравнивать исторические явления, определять их общие черты;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иллюстрировать общие явления, черты конкретными примерами;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14:paraId="2B46898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излагать оценки наиболее значительных событий и личностей древней истории, приводимые в учебной литературе;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</w:t>
      </w:r>
    </w:p>
    <w:p w14:paraId="4C15C758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316" w:right="698" w:bottom="338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7A8D5E9F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1C73E9EF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памятникам культуры.</w:t>
      </w:r>
    </w:p>
    <w:p w14:paraId="25E22628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8.Применение исторических знаний: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значение памятников древней истории и культуры, необходимость сохранения их в современном мире;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</w:t>
      </w:r>
    </w:p>
    <w:p w14:paraId="6FDE8613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46CA73EC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6" w:after="0" w:line="283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1. 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Знание хронологии, работа с хронологией: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даты важнейших событий Средневековья, определять их принадлежность к веку, историческому периоду;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14:paraId="5FCE09A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2. 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Знание исторических фактов, работа с фактами: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эпохи Средневековья;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7E558BEE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исторической картой: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находить и показывать на карте исторические объекты, используя легенду карты; давать словесное описание их местоположения;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— походов,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завоеваний, колонизаций, о ключевых событиях средневековой истории.</w:t>
      </w:r>
    </w:p>
    <w:p w14:paraId="32E62D1C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4. 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историческими источниками: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основные виды письменных источников Средневековья (летописи, хроники,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законодательные акты, духовная литература, источники личного происхождения);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авторство, время, место создания источника;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находить в визуальном источнике и вещественном памятнике ключевые символы, образы;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14:paraId="435D6A8E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5. 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Историческое описание (реконструкция):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в эпоху Средневековья, их участниках;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об образе жизни различных групп населения в средневековых обществах на Руси и в других странах;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71CDAC3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6. 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Анализ, объяснение исторических событий, явлений: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14:paraId="7A53AF23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716" w:bottom="296" w:left="666" w:header="720" w:footer="720" w:gutter="0"/>
          <w:cols w:space="720" w:equalWidth="0">
            <w:col w:w="10518" w:space="0"/>
          </w:cols>
          <w:docGrid w:linePitch="360"/>
        </w:sectPr>
      </w:pPr>
    </w:p>
    <w:p w14:paraId="7772BBBC" w14:textId="77777777" w:rsidR="00491426" w:rsidRPr="007C63DD" w:rsidRDefault="00491426">
      <w:pPr>
        <w:autoSpaceDE w:val="0"/>
        <w:autoSpaceDN w:val="0"/>
        <w:spacing w:after="90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07991C67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17E34DB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3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7. 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Рассмотрение исторических версий и оценок, определение своего отношения к наиболее значимым событиям и личностям прошлого: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излагать оценки событий и личностей эпохи Средневековья, приводимые в учебной и научно-популярной литературе, объяснять, на каких фактах они основаны;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06287AF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8. </w:t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Применение исторических знаний: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Руси и других стран эпохи Средневековья, необходимость сохранения их в современном мире;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5A00F16C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713AAAD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6" w:after="0" w:line="28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1.</w:t>
      </w:r>
      <w:r w:rsidRPr="007C63DD">
        <w:rPr>
          <w:rFonts w:ascii="Times New Roman" w:eastAsia="Times New Roman" w:hAnsi="Times New Roman" w:cs="Times New Roman"/>
          <w:i/>
          <w:color w:val="0F0F50"/>
          <w:sz w:val="24"/>
          <w:szCs w:val="24"/>
          <w:lang w:val="ru-RU"/>
        </w:rPr>
        <w:t xml:space="preserve">Знание хронологии, работа с хронологией: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этапы отечественной и всеобщей истории Нового времени, их хронологические рамки;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вв.; определять их принадлежность к части века (половина, треть, четверть);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72B864C0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2.Знание исторических фактов, работа с фактами: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26FDFC95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3.Работа с исторической картой: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78CFAA1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4.Работа с историческими источниками: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письменных исторических источников (официальные, личные, литературные и др.);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обстоятельства и цель создания источника, раскрывать его информационную ценность;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проводить поиск информации в тексте письменного источника, визуальных и вещественных памятниках эпохи;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14:paraId="51BCCC2F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71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5.Историческое описание (реконструкция):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вв., их участниках;</w:t>
      </w:r>
    </w:p>
    <w:p w14:paraId="52F1F7EC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310" w:right="732" w:bottom="440" w:left="666" w:header="720" w:footer="720" w:gutter="0"/>
          <w:cols w:space="720" w:equalWidth="0">
            <w:col w:w="10502" w:space="0"/>
          </w:cols>
          <w:docGrid w:linePitch="360"/>
        </w:sectPr>
      </w:pPr>
    </w:p>
    <w:p w14:paraId="27C0F233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01863B9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(ключевые факты биографии, личные качества, деятельность);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об образе жизни различных групп населения в России и других странах в раннее Новое время;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32B677D7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6.Анализ, объяснение исторических событий, явлений: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в европейских странах;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1D203F7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с учетом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обстоятельств изучаемой эпохи и в современной шкале ценностей.</w:t>
      </w:r>
    </w:p>
    <w:p w14:paraId="792F48DD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8.Применение исторических знаний: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для времени, когда они по- явились, и для современного общества;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вв. (в том числе на региональном материале).</w:t>
      </w:r>
    </w:p>
    <w:p w14:paraId="260B2C90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15B967E8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8" w:after="0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1.Знание хронологии, работа с хронологией: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04D3EFB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1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2.Знание исторических фактов, работа с фактами: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51A047C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3.Работа с исторической картой: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0CEE6048" w14:textId="77777777" w:rsidR="00491426" w:rsidRPr="007C63DD" w:rsidRDefault="00773A59">
      <w:pPr>
        <w:autoSpaceDE w:val="0"/>
        <w:autoSpaceDN w:val="0"/>
        <w:spacing w:before="70" w:after="0" w:line="262" w:lineRule="auto"/>
        <w:ind w:left="18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4.Работа с историческими источниками: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</w:t>
      </w:r>
    </w:p>
    <w:p w14:paraId="2FF06C78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702" w:bottom="452" w:left="666" w:header="720" w:footer="720" w:gutter="0"/>
          <w:cols w:space="720" w:equalWidth="0">
            <w:col w:w="10532" w:space="0"/>
          </w:cols>
          <w:docGrid w:linePitch="360"/>
        </w:sectPr>
      </w:pPr>
    </w:p>
    <w:p w14:paraId="357E07EB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F02916C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(называть их основные виды, информационные особенности);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назначение исторического источника, раскрывать его информационную ценность;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14:paraId="6091A7E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5.Историческое описание (реконструкция):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в., их участниках;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на основе информации учебника и дополнительных материалов;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4EE3810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2" w:after="0" w:line="288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6.Анализ, объяснение исторических событий, явлений: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ж) внешней политики Российской империи в системе международных отношений рассматриваемого периода;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08D95B7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в описаниях событий и личностей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15966BA7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2" w:after="0" w:line="281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8.Применение исторических знаний: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XVIII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14:paraId="46AC9878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66621346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166" w:after="0" w:line="28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1.Знание хронологии, работа с хронологией: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14:paraId="5B8A62E8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86" w:right="678" w:bottom="296" w:left="666" w:header="720" w:footer="720" w:gutter="0"/>
          <w:cols w:space="720" w:equalWidth="0">
            <w:col w:w="10556" w:space="0"/>
          </w:cols>
          <w:docGrid w:linePitch="360"/>
        </w:sectPr>
      </w:pPr>
    </w:p>
    <w:p w14:paraId="67014F7F" w14:textId="77777777" w:rsidR="00491426" w:rsidRPr="007C63DD" w:rsidRDefault="00491426">
      <w:pPr>
        <w:autoSpaceDE w:val="0"/>
        <w:autoSpaceDN w:val="0"/>
        <w:spacing w:after="90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853A696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2.Знание исторических фактов, работа с фактами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составлять систематические таблицы.</w:t>
      </w:r>
    </w:p>
    <w:p w14:paraId="7C2A8E1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3.Работа с исторической картой: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079A4B79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4.Работа с историческими источниками: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политических партий, статистические данные;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из разных письменных, визуальных и вещественных источников;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14:paraId="454E1422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5.Историческое описание (реконструкция):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—начале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5F673883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2" w:after="0" w:line="288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6.Анализ, объяснение исторических событий, явлений: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начале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смысл ключевых понятий, относящихся к данной эпохе отечественной и всеобщей истории; соотносить общие понятия и факты;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15EFE377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310" w:right="708" w:bottom="416" w:left="666" w:header="720" w:footer="720" w:gutter="0"/>
          <w:cols w:space="720" w:equalWidth="0">
            <w:col w:w="10526" w:space="0"/>
          </w:cols>
          <w:docGrid w:linePitch="360"/>
        </w:sectPr>
      </w:pPr>
    </w:p>
    <w:p w14:paraId="2EF618F5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22848D8" w14:textId="77777777" w:rsidR="00491426" w:rsidRPr="007C63DD" w:rsidRDefault="00773A59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оценивать степень убедительности предложенных точек зрения, формулировать и аргументировать свое мнение;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4E7F5824" w14:textId="77777777" w:rsidR="00491426" w:rsidRPr="007C63DD" w:rsidRDefault="00773A59">
      <w:pPr>
        <w:tabs>
          <w:tab w:val="left" w:pos="180"/>
        </w:tabs>
        <w:autoSpaceDE w:val="0"/>
        <w:autoSpaceDN w:val="0"/>
        <w:spacing w:before="70" w:after="0" w:line="28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8.Применение исторических знаний: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ХХ в., объяснять, в чем заключалось их значение для времени их создания и для современного общества;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ХХ в. (в том числе на региональном материале);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начала ХХ в. для России, других стран мира, высказывать и аргументировать свое отношение к культурному наследию в общественных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обсуждениях.</w:t>
      </w:r>
    </w:p>
    <w:p w14:paraId="06653679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14:paraId="73E767D1" w14:textId="77777777" w:rsidR="00491426" w:rsidRPr="007C63DD" w:rsidRDefault="00491426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0F86AF0B" w14:textId="77777777" w:rsidR="00491426" w:rsidRPr="007C63DD" w:rsidRDefault="00773A59">
      <w:pPr>
        <w:autoSpaceDE w:val="0"/>
        <w:autoSpaceDN w:val="0"/>
        <w:spacing w:after="92" w:line="374" w:lineRule="auto"/>
        <w:ind w:right="11952"/>
        <w:rPr>
          <w:rFonts w:ascii="Times New Roman" w:hAnsi="Times New Roman" w:cs="Times New Roman"/>
          <w:sz w:val="24"/>
          <w:szCs w:val="24"/>
        </w:rPr>
      </w:pPr>
      <w:bookmarkStart w:id="0" w:name="_Hlk112965625"/>
      <w:r w:rsidRPr="007C63DD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  <w:r w:rsidRPr="007C63DD">
        <w:rPr>
          <w:rFonts w:ascii="Times New Roman" w:hAnsi="Times New Roman" w:cs="Times New Roman"/>
          <w:sz w:val="24"/>
          <w:szCs w:val="24"/>
        </w:rPr>
        <w:br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КЛАСС</w:t>
      </w:r>
    </w:p>
    <w:tbl>
      <w:tblPr>
        <w:tblW w:w="1559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788"/>
        <w:gridCol w:w="624"/>
        <w:gridCol w:w="1982"/>
        <w:gridCol w:w="1060"/>
        <w:gridCol w:w="5670"/>
      </w:tblGrid>
      <w:tr w:rsidR="00491426" w:rsidRPr="007C63DD" w14:paraId="78F2FD83" w14:textId="77777777" w:rsidTr="00773A59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6050C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C853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3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FF390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3B247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491426" w:rsidRPr="007C63DD" w14:paraId="009108DC" w14:textId="77777777" w:rsidTr="00773A59">
        <w:trPr>
          <w:trHeight w:hRule="exact" w:val="348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766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82A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F4C2D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4BC4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8C75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27A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3D80B160" w14:textId="77777777" w:rsidTr="00773A59">
        <w:trPr>
          <w:trHeight w:hRule="exact" w:val="348"/>
        </w:trPr>
        <w:tc>
          <w:tcPr>
            <w:tcW w:w="15592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0D8A5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1.</w:t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</w:tr>
      <w:tr w:rsidR="00491426" w:rsidRPr="007C63DD" w14:paraId="45E6C1AB" w14:textId="77777777" w:rsidTr="00773A59">
        <w:trPr>
          <w:trHeight w:hRule="exact" w:val="2969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2194A8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50B045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6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72C99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6A1C7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3931F9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3EFFC4" w14:textId="77777777" w:rsidR="00491426" w:rsidRPr="007C63DD" w:rsidRDefault="00773A59">
            <w:pPr>
              <w:autoSpaceDE w:val="0"/>
              <w:autoSpaceDN w:val="0"/>
              <w:spacing w:before="76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447F3B4D" w14:textId="77777777" w:rsidTr="00773A59">
        <w:trPr>
          <w:trHeight w:hRule="exact" w:val="348"/>
        </w:trPr>
        <w:tc>
          <w:tcPr>
            <w:tcW w:w="6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09131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EEDF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8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2D50B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C81CEFE" w14:textId="77777777" w:rsidTr="00773A59">
        <w:trPr>
          <w:trHeight w:hRule="exact" w:val="348"/>
        </w:trPr>
        <w:tc>
          <w:tcPr>
            <w:tcW w:w="155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12CE5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2.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Первобытность</w:t>
            </w:r>
            <w:proofErr w:type="spellEnd"/>
          </w:p>
        </w:tc>
      </w:tr>
      <w:tr w:rsidR="00491426" w:rsidRPr="007C63DD" w14:paraId="004AFD5F" w14:textId="77777777" w:rsidTr="00773A59">
        <w:trPr>
          <w:trHeight w:hRule="exact" w:val="228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ED0C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B0D8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Первобытность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D1A05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2312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25954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DD2115" w14:textId="77777777" w:rsidR="00491426" w:rsidRPr="007C63DD" w:rsidRDefault="00773A59">
            <w:pPr>
              <w:autoSpaceDE w:val="0"/>
              <w:autoSpaceDN w:val="0"/>
              <w:spacing w:before="78" w:after="0" w:line="252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65D2B443" w14:textId="77777777" w:rsidTr="00773A59">
        <w:trPr>
          <w:trHeight w:hRule="exact" w:val="348"/>
        </w:trPr>
        <w:tc>
          <w:tcPr>
            <w:tcW w:w="6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E6D7B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EE55C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8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DBAC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8D458C0" w14:textId="77777777" w:rsidTr="00773A59">
        <w:trPr>
          <w:trHeight w:hRule="exact" w:val="348"/>
        </w:trPr>
        <w:tc>
          <w:tcPr>
            <w:tcW w:w="155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A5DF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3.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Восток</w:t>
            </w:r>
            <w:proofErr w:type="spellEnd"/>
          </w:p>
        </w:tc>
      </w:tr>
      <w:tr w:rsidR="00491426" w:rsidRPr="007C63DD" w14:paraId="74F3E7C2" w14:textId="77777777" w:rsidTr="00773A59">
        <w:trPr>
          <w:trHeight w:hRule="exact" w:val="24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5D8D2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DBF81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Египет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88EB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77D3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0C4B93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BC2C14" w14:textId="77777777" w:rsidR="00491426" w:rsidRPr="007C63DD" w:rsidRDefault="00773A59">
            <w:pPr>
              <w:autoSpaceDE w:val="0"/>
              <w:autoSpaceDN w:val="0"/>
              <w:spacing w:before="76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627212C9" w14:textId="77777777" w:rsidTr="00773A59">
        <w:trPr>
          <w:trHeight w:hRule="exact" w:val="240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0EFE47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3DCCE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цивилизации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Месопотамии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EB5F7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B0BA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BB36A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C597F" w14:textId="77777777" w:rsidR="00491426" w:rsidRPr="007C63DD" w:rsidRDefault="00773A59">
            <w:pPr>
              <w:autoSpaceDE w:val="0"/>
              <w:autoSpaceDN w:val="0"/>
              <w:spacing w:before="78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</w:tbl>
    <w:p w14:paraId="4D4784F5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4BC47FF9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6840" w:h="11900"/>
          <w:pgMar w:top="282" w:right="640" w:bottom="86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C6E4C8C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788"/>
        <w:gridCol w:w="624"/>
        <w:gridCol w:w="1982"/>
        <w:gridCol w:w="918"/>
        <w:gridCol w:w="5722"/>
      </w:tblGrid>
      <w:tr w:rsidR="00491426" w:rsidRPr="007C63DD" w14:paraId="0C3A376A" w14:textId="77777777" w:rsidTr="00773A59">
        <w:trPr>
          <w:trHeight w:hRule="exact" w:val="22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7B6F9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436A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Восточное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Средиземноморье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древности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0FC0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2940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6B74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12D320" w14:textId="77777777" w:rsidR="00491426" w:rsidRPr="007C63DD" w:rsidRDefault="00773A59">
            <w:pPr>
              <w:autoSpaceDE w:val="0"/>
              <w:autoSpaceDN w:val="0"/>
              <w:spacing w:before="78" w:after="0" w:line="252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3E9C5CC7" w14:textId="77777777" w:rsidTr="00773A59">
        <w:trPr>
          <w:trHeight w:hRule="exact" w:val="22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C873F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8D3608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Персидская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держава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EA8F3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4362A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1EB277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B14477" w14:textId="77777777" w:rsidR="00491426" w:rsidRPr="007C63DD" w:rsidRDefault="00773A59">
            <w:pPr>
              <w:autoSpaceDE w:val="0"/>
              <w:autoSpaceDN w:val="0"/>
              <w:spacing w:before="76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https://uchi.ru/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https://hist5-vpr.sdamgia.ru/</w:t>
            </w:r>
          </w:p>
        </w:tc>
      </w:tr>
      <w:tr w:rsidR="00491426" w:rsidRPr="007C63DD" w14:paraId="09321E58" w14:textId="77777777" w:rsidTr="00773A59">
        <w:trPr>
          <w:trHeight w:hRule="exact" w:val="227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A0061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15E132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Древняя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Индия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CE9E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56C36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2F087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224807" w14:textId="77777777" w:rsidR="00491426" w:rsidRPr="007C63DD" w:rsidRDefault="00773A59">
            <w:pPr>
              <w:autoSpaceDE w:val="0"/>
              <w:autoSpaceDN w:val="0"/>
              <w:spacing w:before="76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648959EF" w14:textId="77777777" w:rsidTr="00773A59">
        <w:trPr>
          <w:trHeight w:hRule="exact" w:val="22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C2DBB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744C87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Китай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8CEB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EAC4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4E8C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93F0CB" w14:textId="77777777" w:rsidR="00491426" w:rsidRPr="007C63DD" w:rsidRDefault="00773A59">
            <w:pPr>
              <w:autoSpaceDE w:val="0"/>
              <w:autoSpaceDN w:val="0"/>
              <w:spacing w:before="78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02C63914" w14:textId="77777777">
        <w:trPr>
          <w:trHeight w:hRule="exact" w:val="348"/>
        </w:trPr>
        <w:tc>
          <w:tcPr>
            <w:tcW w:w="6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4C1CE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CFBFD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8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C1CB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114D4CB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8684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4.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Древняя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Греция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Эллинизм</w:t>
            </w:r>
            <w:proofErr w:type="spellEnd"/>
          </w:p>
        </w:tc>
      </w:tr>
      <w:tr w:rsidR="00491426" w:rsidRPr="007C63DD" w14:paraId="114E19D0" w14:textId="77777777" w:rsidTr="00773A59">
        <w:trPr>
          <w:trHeight w:hRule="exact" w:val="24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4434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06000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Древнейшая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Греция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3B71A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398C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8582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B2F9B" w14:textId="77777777" w:rsidR="00491426" w:rsidRPr="007C63DD" w:rsidRDefault="00773A59">
            <w:pPr>
              <w:autoSpaceDE w:val="0"/>
              <w:autoSpaceDN w:val="0"/>
              <w:spacing w:before="76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https://uchi.ru/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https://hist5-vpr.sdamgia.ru/</w:t>
            </w:r>
          </w:p>
        </w:tc>
      </w:tr>
      <w:tr w:rsidR="00491426" w:rsidRPr="007C63DD" w14:paraId="3EB58C5D" w14:textId="77777777" w:rsidTr="00773A59">
        <w:trPr>
          <w:trHeight w:hRule="exact" w:val="226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1057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CB72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Греческие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полисы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8BEB52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FAEE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5FFE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62F68" w14:textId="77777777" w:rsidR="00491426" w:rsidRPr="007C63DD" w:rsidRDefault="00773A59">
            <w:pPr>
              <w:autoSpaceDE w:val="0"/>
              <w:autoSpaceDN w:val="0"/>
              <w:spacing w:before="78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</w:tbl>
    <w:p w14:paraId="55D68E9F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232A4481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6840" w:h="11900"/>
          <w:pgMar w:top="284" w:right="640" w:bottom="74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792BB11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788"/>
        <w:gridCol w:w="624"/>
        <w:gridCol w:w="1982"/>
        <w:gridCol w:w="918"/>
        <w:gridCol w:w="5722"/>
      </w:tblGrid>
      <w:tr w:rsidR="00491426" w:rsidRPr="007C63DD" w14:paraId="7F8DFDD9" w14:textId="77777777" w:rsidTr="00773A59">
        <w:trPr>
          <w:trHeight w:hRule="exact" w:val="24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1F497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52A00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Культура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Древней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Греции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D28DD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8C57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DBC42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05A1E" w14:textId="77777777" w:rsidR="00491426" w:rsidRPr="007C63DD" w:rsidRDefault="00773A59">
            <w:pPr>
              <w:autoSpaceDE w:val="0"/>
              <w:autoSpaceDN w:val="0"/>
              <w:spacing w:before="78" w:after="0" w:line="252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7244596D" w14:textId="77777777" w:rsidTr="00773A59">
        <w:trPr>
          <w:trHeight w:hRule="exact" w:val="242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505C94" w14:textId="77777777" w:rsidR="00491426" w:rsidRPr="007C63DD" w:rsidRDefault="00773A59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C5F39" w14:textId="77777777" w:rsidR="00491426" w:rsidRPr="007C63DD" w:rsidRDefault="00773A5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Македонские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завоевания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Эллинизм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DDF628" w14:textId="77777777" w:rsidR="00491426" w:rsidRPr="007C63DD" w:rsidRDefault="00773A5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393E76" w14:textId="77777777" w:rsidR="00491426" w:rsidRPr="007C63DD" w:rsidRDefault="00773A5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E1E37" w14:textId="77777777" w:rsidR="00491426" w:rsidRPr="007C63DD" w:rsidRDefault="00773A5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A0CA7" w14:textId="77777777" w:rsidR="00491426" w:rsidRPr="007C63DD" w:rsidRDefault="00773A59">
            <w:pPr>
              <w:autoSpaceDE w:val="0"/>
              <w:autoSpaceDN w:val="0"/>
              <w:spacing w:before="80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4FB9795B" w14:textId="77777777">
        <w:trPr>
          <w:trHeight w:hRule="exact" w:val="348"/>
        </w:trPr>
        <w:tc>
          <w:tcPr>
            <w:tcW w:w="6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7A70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092A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8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48322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318166D7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17AD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5.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Рим</w:t>
            </w:r>
            <w:proofErr w:type="spellEnd"/>
          </w:p>
        </w:tc>
      </w:tr>
      <w:tr w:rsidR="00491426" w:rsidRPr="007C63DD" w14:paraId="6CA24816" w14:textId="77777777" w:rsidTr="00773A59">
        <w:trPr>
          <w:trHeight w:hRule="exact" w:val="241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53017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B6D3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Возникновение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Римского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государства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49F26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468C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955A1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ADE120" w14:textId="77777777" w:rsidR="00491426" w:rsidRPr="007C63DD" w:rsidRDefault="00773A59">
            <w:pPr>
              <w:autoSpaceDE w:val="0"/>
              <w:autoSpaceDN w:val="0"/>
              <w:spacing w:before="78" w:after="0" w:line="252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0563BB0D" w14:textId="77777777" w:rsidTr="00773A59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46E6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D1DF2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Римские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завоевания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Средиземноморье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2984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944B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DF228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BCE3D" w14:textId="77777777" w:rsidR="00491426" w:rsidRPr="007C63DD" w:rsidRDefault="00773A59">
            <w:pPr>
              <w:autoSpaceDE w:val="0"/>
              <w:autoSpaceDN w:val="0"/>
              <w:spacing w:before="78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7974F236" w14:textId="77777777" w:rsidTr="00773A59">
        <w:trPr>
          <w:trHeight w:hRule="exact" w:val="24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BA0B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2434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C0C1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83CE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75110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B32B4" w14:textId="77777777" w:rsidR="00491426" w:rsidRPr="007C63DD" w:rsidRDefault="00773A59">
            <w:pPr>
              <w:autoSpaceDE w:val="0"/>
              <w:autoSpaceDN w:val="0"/>
              <w:spacing w:before="76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29941F75" w14:textId="77777777" w:rsidTr="00773A59">
        <w:trPr>
          <w:trHeight w:hRule="exact" w:val="240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D051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5.4.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A215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E17D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4878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F9D9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D33AD" w14:textId="77777777" w:rsidR="00491426" w:rsidRPr="007C63DD" w:rsidRDefault="00773A59">
            <w:pPr>
              <w:autoSpaceDE w:val="0"/>
              <w:autoSpaceDN w:val="0"/>
              <w:spacing w:before="78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</w:tbl>
    <w:p w14:paraId="32879A68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173B4586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6840" w:h="11900"/>
          <w:pgMar w:top="284" w:right="640" w:bottom="73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7E6F2EE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788"/>
        <w:gridCol w:w="624"/>
        <w:gridCol w:w="1982"/>
        <w:gridCol w:w="1060"/>
        <w:gridCol w:w="5580"/>
      </w:tblGrid>
      <w:tr w:rsidR="00491426" w:rsidRPr="007C63DD" w14:paraId="25F3B33D" w14:textId="77777777" w:rsidTr="00773A59">
        <w:trPr>
          <w:trHeight w:hRule="exact" w:val="22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278B7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5.5.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DDFA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Культура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Древнего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Рима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A7F22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4C174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2646D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78F248" w14:textId="77777777" w:rsidR="00491426" w:rsidRPr="007C63DD" w:rsidRDefault="00773A59">
            <w:pPr>
              <w:autoSpaceDE w:val="0"/>
              <w:autoSpaceDN w:val="0"/>
              <w:spacing w:before="78" w:after="0" w:line="252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1FEEF359" w14:textId="77777777">
        <w:trPr>
          <w:trHeight w:hRule="exact" w:val="348"/>
        </w:trPr>
        <w:tc>
          <w:tcPr>
            <w:tcW w:w="6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2FE10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8E0B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8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32EE5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F058CCE" w14:textId="77777777">
        <w:trPr>
          <w:trHeight w:hRule="exact" w:val="350"/>
        </w:trPr>
        <w:tc>
          <w:tcPr>
            <w:tcW w:w="15502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A7274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6.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</w:tr>
      <w:tr w:rsidR="00491426" w:rsidRPr="007C63DD" w14:paraId="4F8C49D5" w14:textId="77777777" w:rsidTr="00773A59">
        <w:trPr>
          <w:trHeight w:hRule="exact" w:val="22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78B4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6.1.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A832A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D4D6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7E21A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D21D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6F9DB" w14:textId="77777777" w:rsidR="00491426" w:rsidRPr="007C63DD" w:rsidRDefault="00773A59">
            <w:pPr>
              <w:autoSpaceDE w:val="0"/>
              <w:autoSpaceDN w:val="0"/>
              <w:spacing w:before="76" w:after="0" w:line="254" w:lineRule="auto"/>
              <w:ind w:left="72" w:right="2736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http://resh.edu.ru/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http://www.yaklass.ru/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https://interneturok.ru/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https://datalesson.ru/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https://olimpium.ru/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https://hist5-vpr.sdamgia.ru/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https://onlinetestpad.com/ </w:t>
            </w:r>
          </w:p>
        </w:tc>
      </w:tr>
      <w:tr w:rsidR="00491426" w:rsidRPr="007C63DD" w14:paraId="13F50707" w14:textId="77777777">
        <w:trPr>
          <w:trHeight w:hRule="exact" w:val="348"/>
        </w:trPr>
        <w:tc>
          <w:tcPr>
            <w:tcW w:w="6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9533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A088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8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24CDB8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458AB25" w14:textId="77777777" w:rsidTr="00773A59">
        <w:trPr>
          <w:trHeight w:hRule="exact" w:val="348"/>
        </w:trPr>
        <w:tc>
          <w:tcPr>
            <w:tcW w:w="6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1B62B2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6279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ADA4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39AC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56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75696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AA7C69" w14:textId="77777777" w:rsidR="00491426" w:rsidRPr="007C63DD" w:rsidRDefault="00773A59">
      <w:pPr>
        <w:autoSpaceDE w:val="0"/>
        <w:autoSpaceDN w:val="0"/>
        <w:spacing w:before="188" w:after="92" w:line="233" w:lineRule="auto"/>
        <w:rPr>
          <w:rFonts w:ascii="Times New Roman" w:hAnsi="Times New Roman" w:cs="Times New Roman"/>
          <w:sz w:val="24"/>
          <w:szCs w:val="24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20"/>
        <w:gridCol w:w="6640"/>
        <w:gridCol w:w="576"/>
        <w:gridCol w:w="1802"/>
        <w:gridCol w:w="1848"/>
        <w:gridCol w:w="4216"/>
      </w:tblGrid>
      <w:tr w:rsidR="00491426" w:rsidRPr="007C63DD" w14:paraId="7B5BDA7B" w14:textId="77777777">
        <w:trPr>
          <w:trHeight w:hRule="exact" w:val="348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3BD68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6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622E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52BB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CAEFB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491426" w:rsidRPr="007C63DD" w14:paraId="4AAD934C" w14:textId="77777777">
        <w:trPr>
          <w:trHeight w:hRule="exact" w:val="350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A31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526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D274E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DCCE1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DA227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033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2E60924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8B28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1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</w:tr>
      <w:tr w:rsidR="00491426" w:rsidRPr="007C63DD" w14:paraId="08B12B60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955C3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BEFB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07E9BD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9EE29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74FC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BB95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CEA4E43" w14:textId="77777777">
        <w:trPr>
          <w:trHeight w:hRule="exact" w:val="348"/>
        </w:trPr>
        <w:tc>
          <w:tcPr>
            <w:tcW w:w="7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D9B847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F2A53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7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7844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FD722D4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C9629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2.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История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Средних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веков</w:t>
            </w:r>
            <w:proofErr w:type="spellEnd"/>
          </w:p>
        </w:tc>
      </w:tr>
      <w:tr w:rsidR="00491426" w:rsidRPr="007C63DD" w14:paraId="31791A63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FE3E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5DF7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49CE7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81771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3072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F6FDF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D7E4417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609E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6B6C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Византийская империя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FE3A7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6E3F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336B2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3299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427430F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70AD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77D7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Арабы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—Х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D55A9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1C95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970BE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0F80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6A9556E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448A9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58B2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Средневековое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европейское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38889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D343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90BA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FFDD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30F4E20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F254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5866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Государства Европы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82226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F262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17AAB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FD14A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37DAB687" w14:textId="77777777">
        <w:trPr>
          <w:trHeight w:hRule="exact" w:val="350"/>
        </w:trPr>
        <w:tc>
          <w:tcPr>
            <w:tcW w:w="4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34DF38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66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426A9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Культура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средневековой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Европы</w:t>
            </w:r>
            <w:proofErr w:type="spellEnd"/>
          </w:p>
        </w:tc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2BE786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E007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4551D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07E5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553F977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992F5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BABFD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5EE97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2F10A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9DFC9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F0936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704F2B1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6074D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2.8.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2C9E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752FD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7B21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7F1B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0359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5314E90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F4E6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2.9.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FF16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6BEAE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1FA9D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C4462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2EE0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267B0F4" w14:textId="77777777">
        <w:trPr>
          <w:trHeight w:hRule="exact" w:val="328"/>
        </w:trPr>
        <w:tc>
          <w:tcPr>
            <w:tcW w:w="7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9FDEF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39EF8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22</w:t>
            </w:r>
          </w:p>
        </w:tc>
        <w:tc>
          <w:tcPr>
            <w:tcW w:w="7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76F5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FC51A2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30D4C19E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D149759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20"/>
        <w:gridCol w:w="6640"/>
        <w:gridCol w:w="576"/>
        <w:gridCol w:w="1802"/>
        <w:gridCol w:w="1848"/>
        <w:gridCol w:w="4216"/>
      </w:tblGrid>
      <w:tr w:rsidR="00491426" w:rsidRPr="00265A48" w14:paraId="5B7E64B9" w14:textId="77777777">
        <w:trPr>
          <w:trHeight w:hRule="exact" w:val="372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FF201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3. История России. От Руси к Российскому государству</w:t>
            </w:r>
          </w:p>
        </w:tc>
      </w:tr>
      <w:tr w:rsidR="00491426" w:rsidRPr="007C63DD" w14:paraId="05FA2ED6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AF5A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F0FD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E79F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A365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14D07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8DB8E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A5458BA" w14:textId="77777777" w:rsidTr="00661608">
        <w:trPr>
          <w:trHeight w:hRule="exact" w:val="85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389D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B6BCC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D34C8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2B7B3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37C7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9FE7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F4985C2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C993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E6497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Русь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 начале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95C2A2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5894A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BE46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86D29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E40D699" w14:textId="77777777">
        <w:trPr>
          <w:trHeight w:hRule="exact" w:val="35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D1EF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B9F27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Русь в середине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 начале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7F8C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ED41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A3C6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B5BE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4574E04" w14:textId="77777777" w:rsidTr="00661608">
        <w:trPr>
          <w:trHeight w:hRule="exact" w:val="709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5A231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DC2051" w14:textId="77777777" w:rsidR="00491426" w:rsidRPr="007C63DD" w:rsidRDefault="00773A59">
            <w:pPr>
              <w:autoSpaceDE w:val="0"/>
              <w:autoSpaceDN w:val="0"/>
              <w:spacing w:before="76" w:after="0" w:line="245" w:lineRule="auto"/>
              <w:ind w:left="72" w:right="38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Русские земли 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 их соседи в середине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XIV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D0C08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77EE7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40DC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0FD6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A23F104" w14:textId="77777777">
        <w:trPr>
          <w:trHeight w:hRule="exact" w:val="5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58960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80EC60" w14:textId="77777777" w:rsidR="00491426" w:rsidRPr="007C63DD" w:rsidRDefault="00773A59">
            <w:pPr>
              <w:autoSpaceDE w:val="0"/>
              <w:autoSpaceDN w:val="0"/>
              <w:spacing w:before="76" w:after="0" w:line="245" w:lineRule="auto"/>
              <w:ind w:left="72" w:right="4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Формирование единого Русского 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государства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90A8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16777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1417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9E93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9AB29CB" w14:textId="77777777">
        <w:trPr>
          <w:trHeight w:hRule="exact" w:val="3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E1F5BA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3.7.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CC12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AD42D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9AA87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E19E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474A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8DC94BB" w14:textId="77777777">
        <w:trPr>
          <w:trHeight w:hRule="exact" w:val="348"/>
        </w:trPr>
        <w:tc>
          <w:tcPr>
            <w:tcW w:w="7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6F1A67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54AA1A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45</w:t>
            </w:r>
          </w:p>
        </w:tc>
        <w:tc>
          <w:tcPr>
            <w:tcW w:w="7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E624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3C549B7" w14:textId="77777777">
        <w:trPr>
          <w:trHeight w:hRule="exact" w:val="348"/>
        </w:trPr>
        <w:tc>
          <w:tcPr>
            <w:tcW w:w="7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42B57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8161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3EFA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FECE0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340C3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A999A4" w14:textId="77777777" w:rsidR="00491426" w:rsidRPr="007C63DD" w:rsidRDefault="00773A59">
      <w:pPr>
        <w:autoSpaceDE w:val="0"/>
        <w:autoSpaceDN w:val="0"/>
        <w:spacing w:before="188" w:after="92" w:line="233" w:lineRule="auto"/>
        <w:rPr>
          <w:rFonts w:ascii="Times New Roman" w:hAnsi="Times New Roman" w:cs="Times New Roman"/>
          <w:sz w:val="24"/>
          <w:szCs w:val="24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16"/>
        <w:gridCol w:w="4852"/>
        <w:gridCol w:w="684"/>
        <w:gridCol w:w="2172"/>
        <w:gridCol w:w="2210"/>
        <w:gridCol w:w="5068"/>
      </w:tblGrid>
      <w:tr w:rsidR="00491426" w:rsidRPr="007C63DD" w14:paraId="254EF4BB" w14:textId="77777777">
        <w:trPr>
          <w:trHeight w:hRule="exact" w:val="348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781033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27CB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5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488DE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944B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491426" w:rsidRPr="007C63DD" w14:paraId="264D394D" w14:textId="77777777">
        <w:trPr>
          <w:trHeight w:hRule="exact" w:val="350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7D5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DFB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5E9EB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FC8D0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BB339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E15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A9C8156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BFF42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gram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1.Введение</w:t>
            </w:r>
            <w:proofErr w:type="gramEnd"/>
          </w:p>
        </w:tc>
      </w:tr>
      <w:tr w:rsidR="00491426" w:rsidRPr="007C63DD" w14:paraId="6483ECA7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1A8B8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8426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7C992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CDEA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76E5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0AAC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05428D5" w14:textId="77777777">
        <w:trPr>
          <w:trHeight w:hRule="exact" w:val="348"/>
        </w:trPr>
        <w:tc>
          <w:tcPr>
            <w:tcW w:w="5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1ABF8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315C82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9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B693E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B8E2AE1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F4F9D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Раздел 2. Всеобщая история. История Нового времени.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Конец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XV — XVII в.</w:t>
            </w:r>
          </w:p>
        </w:tc>
      </w:tr>
      <w:tr w:rsidR="00491426" w:rsidRPr="007C63DD" w14:paraId="3EAFCEA2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0FC27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A543E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Великие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географические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открытия</w:t>
            </w:r>
            <w:proofErr w:type="spellEnd"/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2BA102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C8F4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0C66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E7EE5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3054DCBB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6F1D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7DE6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Изменения в европейском обществе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B0807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5FD7B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E4A71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EBA63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6050654" w14:textId="77777777">
        <w:trPr>
          <w:trHeight w:hRule="exact" w:val="54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A4CDB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74F93D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23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Реформация и </w:t>
            </w:r>
            <w:proofErr w:type="spellStart"/>
            <w:proofErr w:type="gram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контрре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 формация</w:t>
            </w:r>
            <w:proofErr w:type="gram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 Европе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A7A7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8A0BB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F1351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E8EB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9CDCBCA" w14:textId="77777777">
        <w:trPr>
          <w:trHeight w:hRule="exact" w:val="73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D078D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7BB86" w14:textId="77777777" w:rsidR="00491426" w:rsidRPr="007C63DD" w:rsidRDefault="00773A59">
            <w:pPr>
              <w:autoSpaceDE w:val="0"/>
              <w:autoSpaceDN w:val="0"/>
              <w:spacing w:before="78" w:after="0" w:line="247" w:lineRule="auto"/>
              <w:ind w:left="72" w:right="31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Государства Европы 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1D61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F75C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76B83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552F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3DF31DB" w14:textId="77777777">
        <w:trPr>
          <w:trHeight w:hRule="exact" w:val="348"/>
        </w:trPr>
        <w:tc>
          <w:tcPr>
            <w:tcW w:w="5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FE556" w14:textId="77777777" w:rsidR="00491426" w:rsidRPr="007C63DD" w:rsidRDefault="00773A59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48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E1618" w14:textId="77777777" w:rsidR="00491426" w:rsidRPr="007C63DD" w:rsidRDefault="00773A59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-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26850" w14:textId="77777777" w:rsidR="00491426" w:rsidRPr="007C63DD" w:rsidRDefault="00773A59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8BDD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8002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BB01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360541E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86DA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4A53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A33C9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8789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7563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2F3D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CC89127" w14:textId="77777777">
        <w:trPr>
          <w:trHeight w:hRule="exact" w:val="61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7EFE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BEF4C" w14:textId="77777777" w:rsidR="00491426" w:rsidRPr="007C63DD" w:rsidRDefault="00773A59">
            <w:pPr>
              <w:autoSpaceDE w:val="0"/>
              <w:autoSpaceDN w:val="0"/>
              <w:spacing w:before="76" w:after="0" w:line="245" w:lineRule="auto"/>
              <w:ind w:left="72" w:right="28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Страны Востока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E82A2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5D118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533EA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7DB6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30A40CB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754861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6887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8DB477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51096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E29BE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3741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822DC75" w14:textId="77777777">
        <w:trPr>
          <w:trHeight w:hRule="exact" w:val="328"/>
        </w:trPr>
        <w:tc>
          <w:tcPr>
            <w:tcW w:w="5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497CA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201DE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22</w:t>
            </w:r>
          </w:p>
        </w:tc>
        <w:tc>
          <w:tcPr>
            <w:tcW w:w="9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770E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703120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47194A14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6840" w:h="11900"/>
          <w:pgMar w:top="284" w:right="640" w:bottom="3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03BB69C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16"/>
        <w:gridCol w:w="5153"/>
        <w:gridCol w:w="383"/>
        <w:gridCol w:w="2172"/>
        <w:gridCol w:w="2210"/>
        <w:gridCol w:w="5068"/>
      </w:tblGrid>
      <w:tr w:rsidR="00491426" w:rsidRPr="00265A48" w14:paraId="158192A3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9543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Раздел 3.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История России. Россия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вв.: от великого княжества к царству </w:t>
            </w:r>
          </w:p>
        </w:tc>
      </w:tr>
      <w:tr w:rsidR="00491426" w:rsidRPr="007C63DD" w14:paraId="2AA6DCB2" w14:textId="77777777" w:rsidTr="00775295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32F0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0527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Россия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в XVI в.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8BC8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484E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B0B7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C4095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B3CA35E" w14:textId="77777777" w:rsidTr="00775295">
        <w:trPr>
          <w:trHeight w:hRule="exact" w:val="87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D51D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E948EC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40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Смута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9F58D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FA7B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1E42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9BF4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DDFEF0D" w14:textId="77777777" w:rsidTr="007C63DD">
        <w:trPr>
          <w:trHeight w:hRule="exact" w:val="85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54488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04FB9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40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Россия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 XVII в.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F216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16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A16B4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D23C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1C6A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F2B8596" w14:textId="77777777" w:rsidTr="00775295">
        <w:trPr>
          <w:trHeight w:hRule="exact" w:val="348"/>
        </w:trPr>
        <w:tc>
          <w:tcPr>
            <w:tcW w:w="5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E2D0DE" w14:textId="77777777" w:rsidR="00491426" w:rsidRPr="007C63DD" w:rsidRDefault="00773A59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515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393F7" w14:textId="77777777" w:rsidR="00491426" w:rsidRPr="007C63DD" w:rsidRDefault="00773A59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Культурное пространство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8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0030DD" w14:textId="77777777" w:rsidR="00491426" w:rsidRPr="007C63DD" w:rsidRDefault="00773A59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21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F68B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1644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03D4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4872BB1" w14:textId="77777777" w:rsidTr="00775295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B0CDF1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9798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182E4D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4F5E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4B302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843F8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35FBEC3E" w14:textId="77777777" w:rsidTr="00775295">
        <w:trPr>
          <w:trHeight w:hRule="exact" w:val="348"/>
        </w:trPr>
        <w:tc>
          <w:tcPr>
            <w:tcW w:w="5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3D79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21E0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45</w:t>
            </w:r>
          </w:p>
        </w:tc>
        <w:tc>
          <w:tcPr>
            <w:tcW w:w="9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70DD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DE58E3D" w14:textId="77777777" w:rsidTr="00775295">
        <w:trPr>
          <w:trHeight w:hRule="exact" w:val="348"/>
        </w:trPr>
        <w:tc>
          <w:tcPr>
            <w:tcW w:w="5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2E443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B9AB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68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0BE13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B8FF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EA4C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8E895B" w14:textId="77777777" w:rsidR="00491426" w:rsidRPr="007C63DD" w:rsidRDefault="00773A59">
      <w:pPr>
        <w:autoSpaceDE w:val="0"/>
        <w:autoSpaceDN w:val="0"/>
        <w:spacing w:before="188" w:after="94" w:line="230" w:lineRule="auto"/>
        <w:rPr>
          <w:rFonts w:ascii="Times New Roman" w:hAnsi="Times New Roman" w:cs="Times New Roman"/>
          <w:sz w:val="24"/>
          <w:szCs w:val="24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16"/>
        <w:gridCol w:w="4670"/>
        <w:gridCol w:w="698"/>
        <w:gridCol w:w="2208"/>
        <w:gridCol w:w="2258"/>
        <w:gridCol w:w="5152"/>
      </w:tblGrid>
      <w:tr w:rsidR="00491426" w:rsidRPr="007C63DD" w14:paraId="7751DC49" w14:textId="77777777">
        <w:trPr>
          <w:trHeight w:hRule="exact" w:val="348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86809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C0467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5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41A2C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0FAC4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491426" w:rsidRPr="007C63DD" w14:paraId="203E3CFE" w14:textId="77777777">
        <w:trPr>
          <w:trHeight w:hRule="exact"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E65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666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1410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7971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AF02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C73A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DA13FD2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695E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1.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</w:tr>
      <w:tr w:rsidR="00491426" w:rsidRPr="007C63DD" w14:paraId="4CE87655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A15A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DBAF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AE6D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3737D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5727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43C4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8E52D62" w14:textId="77777777">
        <w:trPr>
          <w:trHeight w:hRule="exact" w:val="350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108A3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3836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4BFF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30425A6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0B13D2" w14:textId="77777777" w:rsidR="00491426" w:rsidRPr="007C63DD" w:rsidRDefault="00773A59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Раздел </w:t>
            </w:r>
            <w:proofErr w:type="gram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2.Всеобщая</w:t>
            </w:r>
            <w:proofErr w:type="gram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история. История Нового времени.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XVIII в. </w:t>
            </w:r>
          </w:p>
        </w:tc>
      </w:tr>
      <w:tr w:rsidR="00491426" w:rsidRPr="007C63DD" w14:paraId="447E6C1B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251A4A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6E393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Век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Просве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-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щения</w:t>
            </w:r>
            <w:proofErr w:type="spell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5AC87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087DB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CB20E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9445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5843BF5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626B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09262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Государства Европы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AA6C7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CE1A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8C65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CC95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C3E4F25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D18C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D0813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Британские колонии в Северной Америке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BA322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E2E3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FA5C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8C80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F68BE81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F048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C75F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Французская революция конца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6924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63F7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E001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85505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487E15E" w14:textId="77777777">
        <w:trPr>
          <w:trHeight w:hRule="exact" w:val="54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10F9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0CF14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28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Европейская культура 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</w:t>
            </w: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35125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CCEC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451F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A90F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C3251C9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DAF3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873B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9B913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1FAAB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4713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7284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722ED21" w14:textId="77777777">
        <w:trPr>
          <w:trHeight w:hRule="exact" w:val="73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88C3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2.7.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83873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33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Страны Востока 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A9A7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55EAC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1BC82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B4CE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959ABAA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EFCAFA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2.8.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AB74E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7070D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863DC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D2D7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6528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3EA6EAB" w14:textId="77777777">
        <w:trPr>
          <w:trHeight w:hRule="exact" w:val="348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1B545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7EDD8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22</w:t>
            </w:r>
          </w:p>
        </w:tc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4602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265A48" w14:paraId="3A89D273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48B8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Раздел 3. История России. Россия в конце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в.: от царства к империи </w:t>
            </w:r>
          </w:p>
        </w:tc>
      </w:tr>
      <w:tr w:rsidR="00491426" w:rsidRPr="007C63DD" w14:paraId="12FD1F3E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B4AC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50E60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954853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4715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C101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82DA4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8B5699A" w14:textId="77777777">
        <w:trPr>
          <w:trHeight w:hRule="exact" w:val="32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43AE5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42937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Россия в эпоху преобразований Петра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DDFC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5EF81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FCF2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B451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A11D46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39ECE896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6840" w:h="11900"/>
          <w:pgMar w:top="284" w:right="640" w:bottom="40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0A39A62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16"/>
        <w:gridCol w:w="4670"/>
        <w:gridCol w:w="698"/>
        <w:gridCol w:w="2208"/>
        <w:gridCol w:w="2258"/>
        <w:gridCol w:w="5152"/>
      </w:tblGrid>
      <w:tr w:rsidR="00491426" w:rsidRPr="007C63DD" w14:paraId="1C82AB61" w14:textId="77777777">
        <w:trPr>
          <w:trHeight w:hRule="exact" w:val="34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67DE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F94B7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Россия после Петра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. Дворцовые перевороты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08BF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97438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5502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FD88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C81363B" w14:textId="77777777" w:rsidTr="007C63DD">
        <w:trPr>
          <w:trHeight w:hRule="exact" w:val="150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5774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E1D8F" w14:textId="77777777" w:rsidR="00491426" w:rsidRPr="007C63DD" w:rsidRDefault="00773A59">
            <w:pPr>
              <w:autoSpaceDE w:val="0"/>
              <w:autoSpaceDN w:val="0"/>
              <w:spacing w:before="78" w:after="0" w:line="247" w:lineRule="auto"/>
              <w:ind w:left="72" w:right="12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Россия 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 1760—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1790-х гг. Правление Екатерины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и Павла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0E25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748D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2347C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4D8E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4743BC8" w14:textId="77777777" w:rsidTr="007C63DD">
        <w:trPr>
          <w:trHeight w:hRule="exact" w:val="99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A776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4BCDC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1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Культурное пространство Российской империи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XVIII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1E0E1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0FCE8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36ED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FAE0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9E0C63A" w14:textId="77777777">
        <w:trPr>
          <w:trHeight w:hRule="exact" w:val="350"/>
        </w:trPr>
        <w:tc>
          <w:tcPr>
            <w:tcW w:w="5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61716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4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508002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6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4B9E79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2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0B685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DB588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9EE88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760EB74" w14:textId="77777777">
        <w:trPr>
          <w:trHeight w:hRule="exact" w:val="348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16B5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200BBA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45</w:t>
            </w:r>
          </w:p>
        </w:tc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EA29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BE87499" w14:textId="77777777">
        <w:trPr>
          <w:trHeight w:hRule="exact" w:val="348"/>
        </w:trPr>
        <w:tc>
          <w:tcPr>
            <w:tcW w:w="5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357E21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4B2A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64B1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C9C4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5577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CDF6CF" w14:textId="77777777" w:rsidR="00491426" w:rsidRPr="007C63DD" w:rsidRDefault="00773A59">
      <w:pPr>
        <w:autoSpaceDE w:val="0"/>
        <w:autoSpaceDN w:val="0"/>
        <w:spacing w:before="188" w:after="94" w:line="230" w:lineRule="auto"/>
        <w:rPr>
          <w:rFonts w:ascii="Times New Roman" w:hAnsi="Times New Roman" w:cs="Times New Roman"/>
          <w:sz w:val="24"/>
          <w:szCs w:val="24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8070"/>
        <w:gridCol w:w="528"/>
        <w:gridCol w:w="1476"/>
        <w:gridCol w:w="1512"/>
        <w:gridCol w:w="3448"/>
      </w:tblGrid>
      <w:tr w:rsidR="00491426" w:rsidRPr="007C63DD" w14:paraId="6AA2C922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24C53" w14:textId="77777777" w:rsidR="00491426" w:rsidRPr="007C63DD" w:rsidRDefault="00773A59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8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0B6DFE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B93D6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62629" w14:textId="77777777" w:rsidR="00491426" w:rsidRPr="007C63DD" w:rsidRDefault="00773A59">
            <w:pPr>
              <w:autoSpaceDE w:val="0"/>
              <w:autoSpaceDN w:val="0"/>
              <w:spacing w:before="76" w:after="0" w:line="245" w:lineRule="auto"/>
              <w:ind w:left="74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491426" w:rsidRPr="007C63DD" w14:paraId="35590F0C" w14:textId="77777777" w:rsidTr="007C63DD">
        <w:trPr>
          <w:trHeight w:hRule="exact" w:val="1170"/>
        </w:trPr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B202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7FDE3DB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3118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F4CD8D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E5BB5" w14:textId="77777777" w:rsidR="00491426" w:rsidRPr="007C63DD" w:rsidRDefault="00773A5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1258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E587EBA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A30DE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1.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</w:tr>
      <w:tr w:rsidR="00491426" w:rsidRPr="007C63DD" w14:paraId="2DABE804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2876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0124322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61D5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C11A2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444F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A5D368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78177FE" w14:textId="77777777">
        <w:trPr>
          <w:trHeight w:hRule="exact" w:val="350"/>
        </w:trPr>
        <w:tc>
          <w:tcPr>
            <w:tcW w:w="8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6F0B3E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16AB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D80696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C328DB3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E51A6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Раздел </w:t>
            </w:r>
            <w:proofErr w:type="gram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2.Всеобщая</w:t>
            </w:r>
            <w:proofErr w:type="gram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история. История Нового времени.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XIХ —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начало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ХХ в. </w:t>
            </w:r>
          </w:p>
        </w:tc>
      </w:tr>
      <w:tr w:rsidR="00491426" w:rsidRPr="007C63DD" w14:paraId="7FA83692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72F34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6EBD02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Европа в начале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9DF89B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73D3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D4E1F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E93C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329ED819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4273D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76352ED" w14:textId="77777777" w:rsidR="00491426" w:rsidRPr="007C63DD" w:rsidRDefault="00773A59">
            <w:pPr>
              <w:autoSpaceDE w:val="0"/>
              <w:autoSpaceDN w:val="0"/>
              <w:spacing w:before="76" w:after="0" w:line="245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Развитие </w:t>
            </w:r>
            <w:proofErr w:type="spellStart"/>
            <w:proofErr w:type="gram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индустриаль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общества в первой половине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в.: экономика, социальные отношения,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поитические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процессы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713B1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5D2C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A2FC5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6B73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DBEBA43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D5163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3C3163A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Политическое развитие европейских </w:t>
            </w:r>
            <w:proofErr w:type="spellStart"/>
            <w:proofErr w:type="gram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странв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 1815</w:t>
            </w:r>
            <w:proofErr w:type="gram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—1840-х гг.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38706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D2E9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31CE9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E7DD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0419927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FC5A4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421447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Страны Европы и Северной Америки в середине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- начале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D6DAA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74EF1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456F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89EC78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D00EF98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D33A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CD44AC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Страны Латинской Америки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- начале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50FA7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65A5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4082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8BBF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7E094B8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4586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3F084D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Страны Азии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- начале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51DFF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C9D1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22A8C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B1FA6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58BBB2F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61302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2.7.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D042E7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Народы Африки в Х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Х — начале ХХ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72CB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FB968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CB041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9165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B78A3AA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98EC4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2.8.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1ACBFA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Развитие культуры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41202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7AE0F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44B8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A33D7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357F903" w14:textId="77777777">
        <w:trPr>
          <w:trHeight w:hRule="exact"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2B9C0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2.9.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A0D1C39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- начале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00776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047F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66B89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82A3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BCAA0FB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F8C60D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2.10.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2D2B206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446BB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A306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BFA94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EA63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45E48AF" w14:textId="77777777">
        <w:trPr>
          <w:trHeight w:hRule="exact" w:val="348"/>
        </w:trPr>
        <w:tc>
          <w:tcPr>
            <w:tcW w:w="8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78EAEB4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0EA1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22</w:t>
            </w:r>
          </w:p>
        </w:tc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023E8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265A48" w14:paraId="44359B5D" w14:textId="77777777">
        <w:trPr>
          <w:trHeight w:hRule="exact" w:val="348"/>
        </w:trPr>
        <w:tc>
          <w:tcPr>
            <w:tcW w:w="1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72D66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Раздел 3. История России. Российская империя в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— начале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 </w:t>
            </w:r>
          </w:p>
        </w:tc>
      </w:tr>
      <w:tr w:rsidR="00491426" w:rsidRPr="007C63DD" w14:paraId="33DB7633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61B9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4AE7EA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C8E21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253ED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8701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0B56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42E6282" w14:textId="77777777">
        <w:trPr>
          <w:trHeight w:hRule="exact" w:val="3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525733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2E7FCB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Александровская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эпоха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: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государственный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либерализм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7EE39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ADB7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17CF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477A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85FB35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3902DBE6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6840" w:h="11900"/>
          <w:pgMar w:top="284" w:right="640" w:bottom="40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DBAD082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8070"/>
        <w:gridCol w:w="528"/>
        <w:gridCol w:w="1476"/>
        <w:gridCol w:w="1512"/>
        <w:gridCol w:w="3448"/>
      </w:tblGrid>
      <w:tr w:rsidR="00491426" w:rsidRPr="007C63DD" w14:paraId="3A51D6D4" w14:textId="77777777">
        <w:trPr>
          <w:trHeight w:hRule="exact" w:val="4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DEFC8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7449C5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Николаевское самодержавие: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государ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ственный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консерватизм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2F1A9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BC9E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1E766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1C15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259889C4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B68C4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ADF1AA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0EE88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FAD410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A647E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2207F8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06D60C52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9E16B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279AF1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Народы России в первой половине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3E2047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91C5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1C3BA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E62E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58194B9C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A360A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2C0EA93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Социальная и правовая модернизация страны при Александре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II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F3CA71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A1E0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DEBB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9E0F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29BB73E" w14:textId="77777777">
        <w:trPr>
          <w:trHeight w:hRule="exact"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76899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3.7.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78A6C7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Россия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в 1880-1890-х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гг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F9A3A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C4EC1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E617FB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2D82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073C886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1CC9E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3.8.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DA3B66B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XIX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A0BB9" w14:textId="77777777" w:rsidR="00491426" w:rsidRPr="007C63DD" w:rsidRDefault="00773A59">
            <w:pPr>
              <w:autoSpaceDE w:val="0"/>
              <w:autoSpaceDN w:val="0"/>
              <w:spacing w:before="76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0A4C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7E47B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917CF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7DEBC432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0B0B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3.9.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AE950CC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Этнокультурный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облик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империи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D91E7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3250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9177A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74AC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7952B56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2BC8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3.10.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798804F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F1FAE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EF2CE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A79D4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080A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CA5BCE9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C6ED0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3.11.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22402F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Россия на пороге 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XX</w:t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2C308" w14:textId="77777777" w:rsidR="00491426" w:rsidRPr="007C63DD" w:rsidRDefault="00773A59">
            <w:pPr>
              <w:autoSpaceDE w:val="0"/>
              <w:autoSpaceDN w:val="0"/>
              <w:spacing w:before="76" w:after="0" w:line="233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0C2B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A4117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FF70E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4F0A4D91" w14:textId="77777777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4D14F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3.12.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12AAEF5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6DBAC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63A2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13221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EF64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67E1088A" w14:textId="77777777">
        <w:trPr>
          <w:trHeight w:hRule="exact" w:val="348"/>
        </w:trPr>
        <w:tc>
          <w:tcPr>
            <w:tcW w:w="8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94E9CC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E2383E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45</w:t>
            </w:r>
          </w:p>
        </w:tc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47F35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C52CA9E" w14:textId="77777777">
        <w:trPr>
          <w:trHeight w:hRule="exact" w:val="328"/>
        </w:trPr>
        <w:tc>
          <w:tcPr>
            <w:tcW w:w="8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F1192BD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73920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9739A6" w14:textId="77777777" w:rsidR="00491426" w:rsidRPr="007C63DD" w:rsidRDefault="00773A5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B518D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C44332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33CB6B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bookmarkEnd w:id="0"/>
    <w:p w14:paraId="710F8E4D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CD31648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14:paraId="490AC12A" w14:textId="77777777" w:rsidR="00491426" w:rsidRPr="007C63DD" w:rsidRDefault="00773A59">
      <w:pPr>
        <w:autoSpaceDE w:val="0"/>
        <w:autoSpaceDN w:val="0"/>
        <w:spacing w:after="140" w:line="382" w:lineRule="auto"/>
        <w:ind w:right="6624"/>
        <w:rPr>
          <w:rFonts w:ascii="Times New Roman" w:hAnsi="Times New Roman" w:cs="Times New Roman"/>
          <w:sz w:val="24"/>
          <w:szCs w:val="24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  <w:r w:rsidRPr="007C63DD">
        <w:rPr>
          <w:rFonts w:ascii="Times New Roman" w:hAnsi="Times New Roman" w:cs="Times New Roman"/>
          <w:sz w:val="24"/>
          <w:szCs w:val="24"/>
        </w:rPr>
        <w:br/>
      </w: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66"/>
        <w:gridCol w:w="732"/>
        <w:gridCol w:w="1620"/>
        <w:gridCol w:w="1668"/>
        <w:gridCol w:w="2762"/>
      </w:tblGrid>
      <w:tr w:rsidR="00491426" w:rsidRPr="007C63DD" w14:paraId="524AC287" w14:textId="7777777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14F96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6F37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75BD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A729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</w:tr>
      <w:tr w:rsidR="00491426" w:rsidRPr="007C63DD" w14:paraId="5C1CE96E" w14:textId="77777777">
        <w:trPr>
          <w:trHeight w:hRule="exact"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58D63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C85C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5C508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9520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CEFB2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63FF" w14:textId="77777777" w:rsidR="00491426" w:rsidRPr="007C63DD" w:rsidRDefault="00491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26" w:rsidRPr="007C63DD" w14:paraId="11129241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3F8D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E9F8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A0FA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8245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6AB7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CE53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36343709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1733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E209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Древнейшие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5BE6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86B5C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7B7C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33C1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F4E995E" w14:textId="77777777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302C77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267CB1" w14:textId="77777777" w:rsidR="00491426" w:rsidRPr="007C63DD" w:rsidRDefault="00773A59">
            <w:pPr>
              <w:autoSpaceDE w:val="0"/>
              <w:autoSpaceDN w:val="0"/>
              <w:spacing w:before="100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Родовые общины охотников и собирателей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8A5343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A91DB0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4B597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734BA" w14:textId="77777777" w:rsidR="00491426" w:rsidRPr="007C63DD" w:rsidRDefault="00773A59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E28042D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E5DC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1533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искусстваи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религиозных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верований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26BB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AA27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8AE4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22F2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7C63DD" w14:paraId="4BE9B306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4E26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DD6745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земледелияи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скотоводства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FBF9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5277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F801D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C118B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0DD4CD4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5C97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FB83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Появление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B273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B5D6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7A8FF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1808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3548A70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9564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FC5F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урок«Жизнь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первобытныхлюдей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EAB5C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4B6DD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C21BA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B151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2D65C7DC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4FD34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9873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76025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44422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BCD9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FB868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C9D9B1E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1075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31B8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берегахНила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2CC4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2896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EA35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E0A4A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right="1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577FF4F8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4866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B4A8E1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Как жили земледельцы и ремесленники в Египте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BFB7E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FC00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7EBC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DBD9C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ВПР;</w:t>
            </w:r>
          </w:p>
        </w:tc>
      </w:tr>
      <w:tr w:rsidR="00491426" w:rsidRPr="007C63DD" w14:paraId="0C67A73D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E5AC2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09464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египетского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вельможи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D9046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8AC6A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2AE7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C9407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right="1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513DE0A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788B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44E6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Военные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походы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фараонов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0F71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3611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0198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31158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5493D56E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A2B7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1EAD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древних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египтян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C057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97BC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7E059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A84CB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44759D83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6FCBC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983E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ДревнегоЕгипта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73E3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9AAE6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0966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35EA9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right="1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45F20621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2891B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A0ABF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Письменность и знания древних египтян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AF3F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DE158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C17B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5661C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ВПР;</w:t>
            </w:r>
          </w:p>
        </w:tc>
      </w:tr>
      <w:tr w:rsidR="00491426" w:rsidRPr="007C63DD" w14:paraId="15FBE817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1FCF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2C642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урок«Древний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Египет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6C97B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05E54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38E66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ECA82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BA57946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380D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73753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Двуречье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641A5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535C4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75C5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D716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5142565F" w14:textId="7777777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A7D5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17902D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Вавилонский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царьХаммурапи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его законы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30E2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43A9B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1C0D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0EF1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14:paraId="78F859BE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6A97C90E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1900" w:h="16840"/>
          <w:pgMar w:top="298" w:right="650" w:bottom="3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C0901D0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66"/>
        <w:gridCol w:w="732"/>
        <w:gridCol w:w="1620"/>
        <w:gridCol w:w="1668"/>
        <w:gridCol w:w="2762"/>
      </w:tblGrid>
      <w:tr w:rsidR="00491426" w:rsidRPr="007C63DD" w14:paraId="4AC99070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77FB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AC88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Финикийские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мореплаватели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BB95F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61EE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C071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F7E2E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4F26E51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6F99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12A8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Библейские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сказания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1A859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3E34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3B49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24483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1DC95B3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F16A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40C6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Древнееврейское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царство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CDD8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BB658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2AB9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D4E2B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50115671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67B1D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1E7FB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Ассирийская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57A1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8A16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42A2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3110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7C63DD" w14:paraId="7F1F909E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2E148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652F7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Персидская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царя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царей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3991F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A282F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6C7F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3570E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18C0F378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C0A1C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CD92B" w14:textId="77777777" w:rsidR="00491426" w:rsidRPr="007C63DD" w:rsidRDefault="00773A59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Обобщающий урок</w:t>
            </w:r>
            <w:r w:rsidR="002D4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«Западная Азия в</w:t>
            </w:r>
            <w:r w:rsidR="002D4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древности»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C43059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F8532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5B838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18E2C9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F9162B4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8F54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6B392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люди Древней Индии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53B31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B5FE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A671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01150D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6FAF17C9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8448B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7611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Индийские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касты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46E7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8DE30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A842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D213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7C63DD" w14:paraId="036CDA3A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062B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7170F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учил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китайскиймудрец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Конфуций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4C96D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4330E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B92C9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EFBE8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4C0ACD8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C886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902F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властелин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Китая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3EF7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66D0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51028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BBBC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734D09A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3C09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0773C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Обобщающий урок</w:t>
            </w:r>
            <w:r w:rsidR="002D4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«Индия и Китай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вдревности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B27D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D4447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5254A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866DF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DF57182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338F2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083BC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Греки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критяне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E98B3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8DD17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95CA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55D9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33C8E929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104C6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503D3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Микены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98ED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F8E35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36140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AA92A8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53F5C958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5913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134E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Поэма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Гомера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Илиада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7BC7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A6EC3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FD31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2EC0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687C75C1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3A180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B87CF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Поэма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Гомера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Одиссея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9EE0F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8C69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7291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CFEB2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524D43FC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BE575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2A53F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древних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греков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E4FC8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7DAC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50A5B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21CF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29D2C629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5ECBD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C818D4" w14:textId="77777777" w:rsidR="00491426" w:rsidRPr="007C63DD" w:rsidRDefault="00773A59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Земледельцы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Аттикитеряют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землю и свободу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6D54C2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5964DB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7ED8E3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34034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A9D7702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8E06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46F4E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Зарождение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демократии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вАфинах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7EF88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109D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2686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AEF5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39BCB906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B78B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3016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Древняя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Спарта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904E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9F3A1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4422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B663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43374949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2F6B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0AF8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Греческие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колонии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A224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2215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6B44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E797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7C63DD" w14:paraId="2B11A054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035B0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C8B9EC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Олимпийские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вдревности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914F0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2880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95A5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CC29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20F996AC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073F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D55BE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Победа греков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надперсами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Марафонскойбитве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BF4EC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3D688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FED2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95FB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7C63DD" w14:paraId="39295F1E" w14:textId="7777777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5F7E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D38A2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Нашествие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персидскихвойск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8712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8F33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6E12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98E8D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14:paraId="0332C1AB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4D3C6056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1900" w:h="16840"/>
          <w:pgMar w:top="284" w:right="650" w:bottom="45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048AB52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66"/>
        <w:gridCol w:w="732"/>
        <w:gridCol w:w="1620"/>
        <w:gridCol w:w="1668"/>
        <w:gridCol w:w="2762"/>
      </w:tblGrid>
      <w:tr w:rsidR="00491426" w:rsidRPr="007C63DD" w14:paraId="1F6351F0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13EB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3072E3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гаванях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афинского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портаПирей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B437F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4063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EBBF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7D48E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EF07177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4B339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07D63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богини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Афины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0EC9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705D8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1D32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D317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27681C0C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D88A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B0E8EF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афинских школах и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гимнасиях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4C00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A70CD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4F84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4FFD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265A48" w14:paraId="458FE930" w14:textId="7777777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08C7A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DF726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афинском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35EB5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2020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63D04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B2890" w14:textId="77777777" w:rsidR="00491426" w:rsidRPr="007C63DD" w:rsidRDefault="00773A5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C6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«Оценочного листа»;</w:t>
            </w:r>
          </w:p>
        </w:tc>
      </w:tr>
      <w:tr w:rsidR="00491426" w:rsidRPr="007C63DD" w14:paraId="149D8BE9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1BE3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1B0D6A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Афинская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демократия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Перикле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DE4F4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946AB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E444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EE75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60D84E69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0D2FE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F47F79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Элладыподчиняются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Македонии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CB1FD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9187F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1A218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4986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3B6F072B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44F08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CD4C55" w14:textId="77777777" w:rsidR="00491426" w:rsidRPr="007C63DD" w:rsidRDefault="00773A5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Поход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АлександраМакедонского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Восток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F61D0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5D3E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EAD0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04E7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1D530FBB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72D19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DF66F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АлександрииЕгипетской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D2AA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D93EB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8300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82B5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1B4BE5A3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8F471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A6DBC8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урок«Древняя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Греция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A316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55A9D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614EC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838E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83B1406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5717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E8E2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Древнейший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2FBF7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1F20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EEBA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E3623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559A1FC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7BE75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6170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Завоевание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Римом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Италии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DF9A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03A3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5233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4144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25D321A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8060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B3CCF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Римской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58D95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6E07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DBA0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669F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3E9B2203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80C4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BCAF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Войны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Карфагеном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0586F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16D46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E0DE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8ACD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7C63DD" w14:paraId="5EEEF902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498E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B4250" w14:textId="77777777" w:rsidR="00491426" w:rsidRPr="007C63DD" w:rsidRDefault="00773A59">
            <w:pPr>
              <w:autoSpaceDE w:val="0"/>
              <w:autoSpaceDN w:val="0"/>
              <w:spacing w:before="98" w:after="0" w:line="271" w:lineRule="auto"/>
              <w:ind w:left="72" w:right="129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господстваРима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Средиземноморье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BFA3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49D87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2C6B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F3B9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1E4B3191" w14:textId="77777777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D3AF0D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EF39BA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Рабство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Древнем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64A4C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DD0226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A86305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EB69EA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7C63DD" w14:paraId="1D7138B4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B94F6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735EB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29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братьевГракхов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4C77F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3722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0500A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B56E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712B7387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91CF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A20A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Спартака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C475F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EEA53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57EC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1CA67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180B1A1C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FC00C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57F3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Единовластие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Цезаря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E6D6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17A4A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4FA0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8CA7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174CE6FC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55B7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2E66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империи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D04B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A7C2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F8D8CC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A2100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0EBE5D9D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6053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44287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Соседи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Римской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империи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12A5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1D53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6CC29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21C8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4BE5BDD2" w14:textId="7777777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A0456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528D6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Риме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63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императореНероне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9C928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E176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C422B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7454C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14:paraId="47B00578" w14:textId="77777777" w:rsidR="00491426" w:rsidRPr="007C63DD" w:rsidRDefault="0049142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14:paraId="46CEA0D0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1900" w:h="16840"/>
          <w:pgMar w:top="284" w:right="650" w:bottom="61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FFC2BB1" w14:textId="77777777" w:rsidR="00491426" w:rsidRPr="007C63DD" w:rsidRDefault="00491426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66"/>
        <w:gridCol w:w="732"/>
        <w:gridCol w:w="1620"/>
        <w:gridCol w:w="1668"/>
        <w:gridCol w:w="2762"/>
      </w:tblGrid>
      <w:tr w:rsidR="00491426" w:rsidRPr="007C63DD" w14:paraId="0D9B4B36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5273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EB4B7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Первые христиане и их учение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477F6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EC79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ACDE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6A1B03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6414A4B7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A119A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2F17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Расцвет империи во </w:t>
            </w: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векен.э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73AF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FE583F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8C310B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4249C4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ВПР;</w:t>
            </w:r>
          </w:p>
        </w:tc>
      </w:tr>
      <w:tr w:rsidR="00491426" w:rsidRPr="007C63DD" w14:paraId="2416D94D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FFE96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9137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Вечный город и его жители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CA54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3D87F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5A2D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93D31D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21D4F55C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B29A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AAF5C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империя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Константине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462A47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08EB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F6FF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78278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4D2F36BA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D5940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BAC12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Чудеса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53A35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6E3F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5277E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8EAA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4596DDCB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53559D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82BEC" w14:textId="77777777" w:rsidR="00491426" w:rsidRPr="007C63DD" w:rsidRDefault="00773A59">
            <w:pPr>
              <w:autoSpaceDE w:val="0"/>
              <w:autoSpaceDN w:val="0"/>
              <w:spacing w:before="100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Древний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9C5F1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7B73C8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15B991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CB775" w14:textId="77777777" w:rsidR="00491426" w:rsidRPr="007C63DD" w:rsidRDefault="00773A5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91426" w:rsidRPr="007C63DD" w14:paraId="10C910EA" w14:textId="77777777">
        <w:trPr>
          <w:trHeight w:hRule="exact" w:val="828"/>
        </w:trPr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C789DD" w14:textId="77777777" w:rsidR="00491426" w:rsidRPr="007C63DD" w:rsidRDefault="00773A5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00CA50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5E2F89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277C1" w14:textId="77777777" w:rsidR="00491426" w:rsidRPr="007C63DD" w:rsidRDefault="00773A5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C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14:paraId="0C9AA6C5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</w:rPr>
        <w:sectPr w:rsidR="00491426" w:rsidRPr="007C63DD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3FC8B2A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14:paraId="2A739B8F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УЧЕБНО-МЕТОДИЧЕСКОЕ ОБЕСПЕЧЕНИЕ ОБРАЗОВАТЕЛЬНОГО ПРОЦЕССА </w:t>
      </w:r>
    </w:p>
    <w:p w14:paraId="30237380" w14:textId="77777777" w:rsidR="00491426" w:rsidRPr="007C63DD" w:rsidRDefault="00773A59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4"/>
          <w:szCs w:val="24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14:paraId="5B12B1F7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КЛАСС</w:t>
      </w:r>
    </w:p>
    <w:p w14:paraId="774240F8" w14:textId="77777777" w:rsidR="00491426" w:rsidRPr="007C63DD" w:rsidRDefault="00773A59">
      <w:pPr>
        <w:autoSpaceDE w:val="0"/>
        <w:autoSpaceDN w:val="0"/>
        <w:spacing w:before="166" w:after="0" w:line="271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Годер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Г.И., Свенцицкая И.С.;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 История Древнего мира.5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Издательство «Просвещение»;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14:paraId="43C36E0B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3B6170E4" w14:textId="77777777" w:rsidR="00491426" w:rsidRPr="007C63DD" w:rsidRDefault="00773A59">
      <w:pPr>
        <w:autoSpaceDE w:val="0"/>
        <w:autoSpaceDN w:val="0"/>
        <w:spacing w:before="168" w:after="0" w:line="28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Арсентьев Н.М., Данилов А.А., Стефанович П.С.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 в 2-х частях. 6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Агибалова Е.В., Донской Г.М.; под редакцией Сванидзе А.А. Всеобщая история. История Средних веков. 6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14:paraId="2434ACF4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13DBC31E" w14:textId="77777777" w:rsidR="00491426" w:rsidRPr="007C63DD" w:rsidRDefault="00773A59">
      <w:pPr>
        <w:autoSpaceDE w:val="0"/>
        <w:autoSpaceDN w:val="0"/>
        <w:spacing w:before="16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А.Я., Баранов П.А., Ванюшкина Л.М.;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</w:t>
      </w:r>
    </w:p>
    <w:p w14:paraId="70D90B65" w14:textId="77777777" w:rsidR="00491426" w:rsidRPr="007C63DD" w:rsidRDefault="00773A59">
      <w:pPr>
        <w:autoSpaceDE w:val="0"/>
        <w:autoSpaceDN w:val="0"/>
        <w:spacing w:before="70" w:after="0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История Нового времени. 7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Курукин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И.В.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 (в 2 частях). 7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14:paraId="5197160E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2C35F460" w14:textId="77777777" w:rsidR="00491426" w:rsidRPr="007C63DD" w:rsidRDefault="00773A59">
      <w:pPr>
        <w:autoSpaceDE w:val="0"/>
        <w:autoSpaceDN w:val="0"/>
        <w:spacing w:before="166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А.Я., Баранов П.А., Ванюшкина Л.М.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 История Нового времени. 8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Курукин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И.В.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 (в 2 частях). 8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14:paraId="2CECBFD2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1187B6EE" w14:textId="77777777" w:rsidR="00491426" w:rsidRPr="007C63DD" w:rsidRDefault="00773A59">
      <w:pPr>
        <w:autoSpaceDE w:val="0"/>
        <w:autoSpaceDN w:val="0"/>
        <w:spacing w:before="166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А.Я., Баранов П.А., Ванюшкина Л.М.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 История Нового времени. 9 класс /Издательство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Левандовский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 (в 2 частях). 9 класс /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14:paraId="1E81818F" w14:textId="77777777" w:rsidR="00491426" w:rsidRPr="007C63DD" w:rsidRDefault="00773A59">
      <w:pPr>
        <w:autoSpaceDE w:val="0"/>
        <w:autoSpaceDN w:val="0"/>
        <w:spacing w:before="38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69540E28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58B0121C" w14:textId="77777777" w:rsidR="00491426" w:rsidRPr="007C63DD" w:rsidRDefault="00773A59">
      <w:pPr>
        <w:autoSpaceDE w:val="0"/>
        <w:autoSpaceDN w:val="0"/>
        <w:spacing w:before="16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Годер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Г.И., Свенцицкая И.С.;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</w:t>
      </w:r>
    </w:p>
    <w:p w14:paraId="75B3A67E" w14:textId="77777777" w:rsidR="00491426" w:rsidRPr="007C63DD" w:rsidRDefault="00773A59">
      <w:pPr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История Древнего мира.5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Издательство «Просвещение»;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Поурочные разработки по всеобщей истории. История древнего мира по учебнику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А.А.Вигасина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8072650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методическое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пособие, автор Сорокина Е.Н. Издательство "Просвещение"</w:t>
      </w:r>
    </w:p>
    <w:p w14:paraId="15558C54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0DF52E03" w14:textId="77777777" w:rsidR="00491426" w:rsidRPr="007C63DD" w:rsidRDefault="00773A59">
      <w:pPr>
        <w:autoSpaceDE w:val="0"/>
        <w:autoSpaceDN w:val="0"/>
        <w:spacing w:before="166" w:after="0" w:line="262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Агибалова Е.В., Донской Г.М. Всеобщая история. История Средних веков. М.: Просвещение, 2015 Арсентьев Н.М., Данилов А.А., Стефанович П.С. /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России. 6</w:t>
      </w:r>
    </w:p>
    <w:p w14:paraId="11F2E51C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50" w:bottom="30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E4C299B" w14:textId="77777777" w:rsidR="00491426" w:rsidRPr="007C63DD" w:rsidRDefault="00491426">
      <w:pPr>
        <w:autoSpaceDE w:val="0"/>
        <w:autoSpaceDN w:val="0"/>
        <w:spacing w:after="8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AE4EF42" w14:textId="77777777" w:rsidR="00491426" w:rsidRPr="007C63DD" w:rsidRDefault="00773A59">
      <w:pPr>
        <w:autoSpaceDE w:val="0"/>
        <w:autoSpaceDN w:val="0"/>
        <w:spacing w:after="0" w:line="271" w:lineRule="auto"/>
        <w:ind w:right="316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класс. В 2 частях. М.: Просвещение, 2016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Литература для учителя и обучающихся: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Поурочные рекомендации. История России. 6 класс. Журавлева О.Н.</w:t>
      </w:r>
    </w:p>
    <w:p w14:paraId="7BBB898B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Рабочая тетрадь. История России. 6 класс. Данилов А.А., Лукутин А.В.,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Артасов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И.А.</w:t>
      </w:r>
    </w:p>
    <w:p w14:paraId="6498A024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Комплект карт. История России. 6 класс. Сост. Н.М. Арсентьев, А.А. Данилов.</w:t>
      </w:r>
    </w:p>
    <w:p w14:paraId="4E446EA7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Книга для чтения. История России. 6-9 классы. Данилов А.А.</w:t>
      </w:r>
    </w:p>
    <w:p w14:paraId="3255D3E3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Хрестоматия. История России. 6–10 классы (в 2-х частях). Сост. Данилов А.А. </w:t>
      </w:r>
    </w:p>
    <w:p w14:paraId="21AE6F6D" w14:textId="77777777" w:rsidR="00491426" w:rsidRPr="007C63DD" w:rsidRDefault="00773A59">
      <w:pPr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Рабочая программа и тематическое планирование курса «История России». 6–9 классы. Данилов А.А., Журавлева О.Н., Барыкина И.Е.</w:t>
      </w:r>
    </w:p>
    <w:p w14:paraId="3BF578C6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Комплект методических материалов в помощь учителю истории. Сост. Данилов А.А.</w:t>
      </w:r>
    </w:p>
    <w:p w14:paraId="5327050B" w14:textId="77777777" w:rsidR="00491426" w:rsidRPr="007C63DD" w:rsidRDefault="00773A59">
      <w:pPr>
        <w:autoSpaceDE w:val="0"/>
        <w:autoSpaceDN w:val="0"/>
        <w:spacing w:before="264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1AF94AEB" w14:textId="77777777" w:rsidR="00491426" w:rsidRPr="007C63DD" w:rsidRDefault="00773A59">
      <w:pPr>
        <w:autoSpaceDE w:val="0"/>
        <w:autoSpaceDN w:val="0"/>
        <w:spacing w:before="168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А-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 Я., Баранов П. А., Ванюшкина Л. М. Всеобщая история. История Нового времени.</w:t>
      </w:r>
    </w:p>
    <w:p w14:paraId="68BBDDA1" w14:textId="77777777" w:rsidR="00491426" w:rsidRPr="007C63DD" w:rsidRDefault="00773A59">
      <w:pPr>
        <w:autoSpaceDE w:val="0"/>
        <w:autoSpaceDN w:val="0"/>
        <w:spacing w:before="70" w:after="0" w:line="28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1500—1800. Под редакцией 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8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класс.-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М. "Просвещение"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-История России. 8 класс. 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Курукин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И.В., и др./Под ред.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А.В.- М. "Просвещение"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Данилов А. А. Рабочая программа и тематическое планирование курса «История России». 6—9 классы (основная школа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учеб. пособие для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организаций / А. А. Данилов, О. Н.</w:t>
      </w:r>
    </w:p>
    <w:p w14:paraId="0A32558A" w14:textId="77777777" w:rsidR="00491426" w:rsidRPr="007C63DD" w:rsidRDefault="00773A59">
      <w:pPr>
        <w:autoSpaceDE w:val="0"/>
        <w:autoSpaceDN w:val="0"/>
        <w:spacing w:before="70" w:after="0" w:line="27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Журавлева, И. Е. Барыкина. —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Просвещение, 2016;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Всеобщая история. Рабочие программы. Предметная линия учебников 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О. С.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Сороко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-Цюпы. 5—9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классы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пособие для учителей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организаций / [А.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Г.</w:t>
      </w:r>
    </w:p>
    <w:p w14:paraId="48083FC3" w14:textId="77777777" w:rsidR="00491426" w:rsidRPr="007C63DD" w:rsidRDefault="00773A59">
      <w:pPr>
        <w:autoSpaceDE w:val="0"/>
        <w:autoSpaceDN w:val="0"/>
        <w:spacing w:before="70" w:after="0" w:line="271" w:lineRule="auto"/>
        <w:ind w:right="230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Годер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Н. И. Шевченко и др.]. — 2-е изд.,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дораб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.—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М.: Просвещение, 2014; Литература для учителя и обучающихся: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Поурочные рекомендации. История России. 8 класс. Журавлева О.Н.</w:t>
      </w:r>
    </w:p>
    <w:p w14:paraId="7F82F141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Комплект карт. История России. 8 класс. Сост. Н.М. Арсентьев, А.А. Данилов.</w:t>
      </w:r>
    </w:p>
    <w:p w14:paraId="5D6E4D83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Книга для чтения. История России. 6-9 классы. Данилов А.А.</w:t>
      </w:r>
    </w:p>
    <w:p w14:paraId="6BA08104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Хрестоматия. История России. 6–10 классы (в 2-х частях). Сост. Данилов А.А. </w:t>
      </w:r>
    </w:p>
    <w:p w14:paraId="07825BE9" w14:textId="77777777" w:rsidR="00491426" w:rsidRPr="007C63DD" w:rsidRDefault="00773A59">
      <w:pPr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Рабочая программа и тематическое планирование курса «История России». 6–9 классы. Данилов А.А., Журавлева О.Н., Барыкина И.Е.</w:t>
      </w:r>
    </w:p>
    <w:p w14:paraId="2F0CAB06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Комплект методических материалов в помощь учителю истории. Сост. Данилов А.А.</w:t>
      </w:r>
    </w:p>
    <w:p w14:paraId="1409D38F" w14:textId="77777777" w:rsidR="00491426" w:rsidRPr="007C63DD" w:rsidRDefault="00773A59">
      <w:pPr>
        <w:autoSpaceDE w:val="0"/>
        <w:autoSpaceDN w:val="0"/>
        <w:spacing w:before="60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5805C846" w14:textId="77777777" w:rsidR="00491426" w:rsidRPr="007C63DD" w:rsidRDefault="00773A59">
      <w:pPr>
        <w:autoSpaceDE w:val="0"/>
        <w:autoSpaceDN w:val="0"/>
        <w:spacing w:before="168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 Я., Баранов П. А., Ванюшкина Л. М. Всеобщая история. История Нового времени. 1500—1800. Под редакцией 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8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класс.-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М. "Просвещение"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-История России. 8 класс. 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Курукин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И.В., и др./Под ред.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А.В.- М. "Просвещение"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Данилов А. А. Рабочая программа и тематическое планирование курса «История России». 6—9 классы (основная школа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учеб. пособие для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организаций / А. А. Данилов, О. Н.</w:t>
      </w:r>
    </w:p>
    <w:p w14:paraId="70E10F87" w14:textId="77777777" w:rsidR="00491426" w:rsidRPr="007C63DD" w:rsidRDefault="00773A59">
      <w:pPr>
        <w:autoSpaceDE w:val="0"/>
        <w:autoSpaceDN w:val="0"/>
        <w:spacing w:before="70" w:after="0" w:line="27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Журавлева, И. Е. Барыкина. —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Просвещение, 2016;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Всеобщая история. Рабочие программы. Предметная линия учебников 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О. С.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Сороко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-Цюпы. 5—9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классы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пособие для учителей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организаций / [А.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Г.</w:t>
      </w:r>
    </w:p>
    <w:p w14:paraId="051D8FAE" w14:textId="77777777" w:rsidR="00491426" w:rsidRPr="007C63DD" w:rsidRDefault="00773A59">
      <w:pPr>
        <w:autoSpaceDE w:val="0"/>
        <w:autoSpaceDN w:val="0"/>
        <w:spacing w:before="70" w:after="0" w:line="271" w:lineRule="auto"/>
        <w:ind w:right="230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Годер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Н. И. Шевченко и др.]. — 2-е изд.,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дораб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.—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М.: Просвещение, 2014; Литература для учителя и обучающихся: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Поурочные рекомендации. История России. 8 класс. Журавлева О.Н.</w:t>
      </w:r>
    </w:p>
    <w:p w14:paraId="5A1DAD66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Комплект карт. История России. 8 класс. Сост. Н.М. Арсентьев, А.А. Данилов.</w:t>
      </w:r>
    </w:p>
    <w:p w14:paraId="3F91FBD2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Книга для чтения. История России. 6-9 классы. Данилов А.А.</w:t>
      </w:r>
    </w:p>
    <w:p w14:paraId="5E7671FE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304" w:right="824" w:bottom="302" w:left="666" w:header="720" w:footer="720" w:gutter="0"/>
          <w:cols w:space="720" w:equalWidth="0">
            <w:col w:w="10410" w:space="0"/>
          </w:cols>
          <w:docGrid w:linePitch="360"/>
        </w:sectPr>
      </w:pPr>
    </w:p>
    <w:p w14:paraId="00FFFACA" w14:textId="77777777" w:rsidR="00491426" w:rsidRPr="007C63DD" w:rsidRDefault="00491426">
      <w:pPr>
        <w:autoSpaceDE w:val="0"/>
        <w:autoSpaceDN w:val="0"/>
        <w:spacing w:after="8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744BEDE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Хрестоматия. История России. 6–10 классы (в 2-х частях). Сост. Данилов А.А. </w:t>
      </w:r>
    </w:p>
    <w:p w14:paraId="235B404A" w14:textId="77777777" w:rsidR="00491426" w:rsidRPr="007C63DD" w:rsidRDefault="00773A59">
      <w:pPr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Рабочая программа и тематическое планирование курса «История России». 6–9 классы. Данилов А.А., Журавлева О.Н., Барыкина И.Е.</w:t>
      </w:r>
    </w:p>
    <w:p w14:paraId="7EBE1CA3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Комплект методических материалов в помощь учителю истории. Сост. Данилов А.А.</w:t>
      </w:r>
    </w:p>
    <w:p w14:paraId="5E5D9D89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48718894" w14:textId="77777777" w:rsidR="00491426" w:rsidRPr="007C63DD" w:rsidRDefault="00773A59">
      <w:pPr>
        <w:autoSpaceDE w:val="0"/>
        <w:autoSpaceDN w:val="0"/>
        <w:spacing w:before="166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 Я., Баранов П. А., Ванюшкина Л. М. Всеобщая история. История Нового времени. 1500—1800. Под редакцией 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8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класс.-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М. "Просвещение"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-История России. 9 класс. 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Курукин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И.В., и др./Под ред.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А.В.- М. "Просвещение"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Данилов А. А. Рабочая программа и тематическое планирование курса «История России». 6—9 классы (основная школа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учеб. пособие для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организаций / А. А. Данилов, О. Н.</w:t>
      </w:r>
    </w:p>
    <w:p w14:paraId="4691809D" w14:textId="77777777" w:rsidR="00491426" w:rsidRPr="007C63DD" w:rsidRDefault="00773A59">
      <w:pPr>
        <w:autoSpaceDE w:val="0"/>
        <w:autoSpaceDN w:val="0"/>
        <w:spacing w:before="70" w:after="0" w:line="27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Журавлева, И. Е. Барыкина. —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Просвещение, 2016;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Всеобщая история. Рабочие программы. Предметная линия учебников 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О. С.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Сороко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-Цюпы. 5—9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классы :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пособие для учителей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организаций / [А. А.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Г.</w:t>
      </w:r>
    </w:p>
    <w:p w14:paraId="56FFE19F" w14:textId="77777777" w:rsidR="00491426" w:rsidRPr="007C63DD" w:rsidRDefault="00773A59">
      <w:pPr>
        <w:autoSpaceDE w:val="0"/>
        <w:autoSpaceDN w:val="0"/>
        <w:spacing w:before="70" w:after="0" w:line="271" w:lineRule="auto"/>
        <w:ind w:right="230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И.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Годер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Н. И. Шевченко и др.]. — 2-е изд.,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дораб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.—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М.: Просвещение, 2014; Литература для учителя и обучающихся: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Поурочные рекомендации. История России. 9 класс. Журавлева О.Н.</w:t>
      </w:r>
    </w:p>
    <w:p w14:paraId="317F81C1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Комплект карт. История России. 9 класс. Сост. Н.М. Арсентьев, А.А. Данилов.</w:t>
      </w:r>
    </w:p>
    <w:p w14:paraId="03A19FA9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Книга для чтения. История России. 6-9 классы. Данилов А.А.</w:t>
      </w:r>
    </w:p>
    <w:p w14:paraId="6A76C200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Хрестоматия. История России. 6–10 классы (в 2-х частях). Сост. Данилов А.А. </w:t>
      </w:r>
    </w:p>
    <w:p w14:paraId="68FD6F43" w14:textId="77777777" w:rsidR="00491426" w:rsidRPr="007C63DD" w:rsidRDefault="00773A59">
      <w:pPr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Рабочая программа и тематическое планирование курса «История России». 6–9 классы. Данилов А.А., Журавлева О.Н., Барыкина И.Е.</w:t>
      </w:r>
    </w:p>
    <w:p w14:paraId="5DA24171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Комплект методических материалов в помощь учителю истории. Сост. Данилов А.А.</w:t>
      </w:r>
    </w:p>
    <w:p w14:paraId="34B57FAB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31EF8103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4C352B47" w14:textId="77777777" w:rsidR="00491426" w:rsidRPr="007C63DD" w:rsidRDefault="00773A59">
      <w:pPr>
        <w:autoSpaceDE w:val="0"/>
        <w:autoSpaceDN w:val="0"/>
        <w:spacing w:before="166" w:after="0" w:line="286" w:lineRule="auto"/>
        <w:ind w:right="7488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yaklass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interneturok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datalesson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olimpium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5-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vpr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sdamgia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onlinetestpad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internet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school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ECA1ECE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1B0CA0C7" w14:textId="77777777" w:rsidR="00491426" w:rsidRPr="007C63DD" w:rsidRDefault="00773A59">
      <w:pPr>
        <w:autoSpaceDE w:val="0"/>
        <w:autoSpaceDN w:val="0"/>
        <w:spacing w:before="166" w:after="0" w:line="283" w:lineRule="auto"/>
        <w:ind w:right="763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yaklass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interneturok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datalesson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olimpium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6-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vpr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sdamgia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histrf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</w:p>
    <w:p w14:paraId="4E80A0E6" w14:textId="77777777" w:rsidR="00491426" w:rsidRPr="007C63DD" w:rsidRDefault="00773A59">
      <w:pPr>
        <w:autoSpaceDE w:val="0"/>
        <w:autoSpaceDN w:val="0"/>
        <w:spacing w:before="598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37A970A5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304" w:right="744" w:bottom="302" w:left="666" w:header="720" w:footer="720" w:gutter="0"/>
          <w:cols w:space="720" w:equalWidth="0">
            <w:col w:w="10490" w:space="0"/>
          </w:cols>
          <w:docGrid w:linePitch="360"/>
        </w:sectPr>
      </w:pPr>
    </w:p>
    <w:p w14:paraId="7A5342A7" w14:textId="77777777" w:rsidR="00491426" w:rsidRPr="007C63DD" w:rsidRDefault="00491426">
      <w:pPr>
        <w:autoSpaceDE w:val="0"/>
        <w:autoSpaceDN w:val="0"/>
        <w:spacing w:after="132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67310344" w14:textId="77777777" w:rsidR="00491426" w:rsidRPr="007C63DD" w:rsidRDefault="00773A59">
      <w:pPr>
        <w:autoSpaceDE w:val="0"/>
        <w:autoSpaceDN w:val="0"/>
        <w:spacing w:after="0" w:line="283" w:lineRule="auto"/>
        <w:ind w:right="7056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yaklass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interneturok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datalesson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olimpium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7-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vpr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sdamgia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histrf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</w:p>
    <w:p w14:paraId="5E57389E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5323FB56" w14:textId="77777777" w:rsidR="00491426" w:rsidRPr="007C63DD" w:rsidRDefault="00773A59">
      <w:pPr>
        <w:autoSpaceDE w:val="0"/>
        <w:autoSpaceDN w:val="0"/>
        <w:spacing w:before="166" w:after="0" w:line="286" w:lineRule="auto"/>
        <w:ind w:right="691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yaklass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interneturok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datalesson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olimpium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8-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vpr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sdamgia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histrf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internet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school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</w:p>
    <w:p w14:paraId="266DE856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6176F9C4" w14:textId="77777777" w:rsidR="00491426" w:rsidRPr="007C63DD" w:rsidRDefault="00773A59">
      <w:pPr>
        <w:autoSpaceDE w:val="0"/>
        <w:autoSpaceDN w:val="0"/>
        <w:spacing w:before="166" w:after="0" w:line="286" w:lineRule="auto"/>
        <w:ind w:right="6912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yaklass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interneturok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datalesson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olimpium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oge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sdamgia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histrf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internet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school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</w:p>
    <w:p w14:paraId="2C58BBD5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352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14:paraId="632A95DF" w14:textId="77777777" w:rsidR="00491426" w:rsidRPr="007C63DD" w:rsidRDefault="00491426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3C46E64" w14:textId="77777777" w:rsidR="00491426" w:rsidRPr="007C63DD" w:rsidRDefault="00773A59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 ОБЕСПЕЧЕНИЕ ОБРАЗОВАТЕЛЬНОГО ПРОЦЕССА</w:t>
      </w:r>
    </w:p>
    <w:p w14:paraId="51CBDF20" w14:textId="77777777" w:rsidR="00491426" w:rsidRPr="007C63DD" w:rsidRDefault="00773A59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УЧЕБНОЕ ОБОРУДОВАНИЕ</w:t>
      </w:r>
    </w:p>
    <w:p w14:paraId="153B9E94" w14:textId="77777777" w:rsidR="00491426" w:rsidRPr="007C63DD" w:rsidRDefault="00773A59">
      <w:pPr>
        <w:autoSpaceDE w:val="0"/>
        <w:autoSpaceDN w:val="0"/>
        <w:spacing w:before="16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Вигасин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Годер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Г.И., Свенцицкая И.С.;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</w:t>
      </w:r>
    </w:p>
    <w:p w14:paraId="2B3F3FFA" w14:textId="77777777" w:rsidR="00491426" w:rsidRPr="007C63DD" w:rsidRDefault="00773A59">
      <w:pPr>
        <w:autoSpaceDE w:val="0"/>
        <w:autoSpaceDN w:val="0"/>
        <w:spacing w:before="7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История Древнего мира.5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Издательство «Просвещение»;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Арсентьев Н.М., Данилов А.А., Стефанович П.С.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 в 2-х частях. 6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Агибалова Е.В., Донской Г.М.; под редакцией Сванидзе А.А. Всеобщая история. История Средних веков. 6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А.Я., Баранов П.А., Ванюшкина Л.М.;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</w:t>
      </w:r>
    </w:p>
    <w:p w14:paraId="348613BE" w14:textId="77777777" w:rsidR="00491426" w:rsidRPr="007C63DD" w:rsidRDefault="00773A59">
      <w:pPr>
        <w:autoSpaceDE w:val="0"/>
        <w:autoSpaceDN w:val="0"/>
        <w:spacing w:before="72" w:after="0" w:line="28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История Нового времени. 7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Курукин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И.В.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 (в 2 частях). 7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А.Я., Баранов П.А., Ванюшкина Л.М.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 История Нового времени. 8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Курукин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И.В.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 (в 2 частях). 8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Юдовская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А.Я., Баранов П.А., Ванюшкина Л.М. и другие;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Искендерова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 Всеобщая история. История Нового времени. 9 класс /Издательство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Арсентьев Н.М., Данилов А.А.,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Левандовский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А.А.; под редакцией </w:t>
      </w:r>
      <w:proofErr w:type="spell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А.В. История России (в 2 частях). 9 класс / Издательство «Просвещение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;</w:t>
      </w:r>
      <w:proofErr w:type="gramEnd"/>
    </w:p>
    <w:p w14:paraId="16B02329" w14:textId="77777777" w:rsidR="00491426" w:rsidRPr="007C63DD" w:rsidRDefault="00773A59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ОБОРУДОВАНИЕ ДЛЯ ПРОВЕДЕНИЯ ПРАКТИЧЕСКИХ РАБОТ</w:t>
      </w:r>
    </w:p>
    <w:p w14:paraId="7E41AC24" w14:textId="77777777" w:rsidR="00491426" w:rsidRPr="007C63DD" w:rsidRDefault="00773A59">
      <w:pPr>
        <w:autoSpaceDE w:val="0"/>
        <w:autoSpaceDN w:val="0"/>
        <w:spacing w:before="166" w:after="0"/>
        <w:ind w:right="4464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Оборудование по истории: 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Карты:</w:t>
      </w:r>
      <w:r w:rsidRPr="007C63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Древний Восток. Египет и Междуречье (до 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 до н. э.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).•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Древний Восток. </w:t>
      </w:r>
      <w:proofErr w:type="spellStart"/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Ин¬дия</w:t>
      </w:r>
      <w:proofErr w:type="spellEnd"/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Китай.</w:t>
      </w:r>
    </w:p>
    <w:p w14:paraId="3875CF86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Древняя Греция.</w:t>
      </w:r>
    </w:p>
    <w:p w14:paraId="1AA717A1" w14:textId="77777777" w:rsidR="00491426" w:rsidRPr="007C63DD" w:rsidRDefault="00773A59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Древняя Греция и греческие колонии.</w:t>
      </w:r>
    </w:p>
    <w:p w14:paraId="17424E10" w14:textId="77777777" w:rsidR="00491426" w:rsidRPr="007C63DD" w:rsidRDefault="00773A59">
      <w:pPr>
        <w:autoSpaceDE w:val="0"/>
        <w:autoSpaceDN w:val="0"/>
        <w:spacing w:before="70" w:after="0" w:line="262" w:lineRule="auto"/>
        <w:ind w:right="4320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Образование и распад державы Александра </w:t>
      </w:r>
      <w:proofErr w:type="gramStart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Македонского.•</w:t>
      </w:r>
      <w:proofErr w:type="gramEnd"/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Древняя Италия.</w:t>
      </w:r>
    </w:p>
    <w:p w14:paraId="65B975BB" w14:textId="77777777" w:rsidR="00491426" w:rsidRPr="007C63DD" w:rsidRDefault="00773A59">
      <w:pPr>
        <w:autoSpaceDE w:val="0"/>
        <w:autoSpaceDN w:val="0"/>
        <w:spacing w:before="7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Вторая пуническая война.</w:t>
      </w:r>
    </w:p>
    <w:p w14:paraId="16E6706F" w14:textId="77777777" w:rsidR="00491426" w:rsidRPr="007C63DD" w:rsidRDefault="00773A59">
      <w:pPr>
        <w:autoSpaceDE w:val="0"/>
        <w:autoSpaceDN w:val="0"/>
        <w:spacing w:before="7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Рост Римского государства.</w:t>
      </w:r>
    </w:p>
    <w:p w14:paraId="21742293" w14:textId="77777777" w:rsidR="00491426" w:rsidRPr="007C63DD" w:rsidRDefault="00773A59">
      <w:pPr>
        <w:autoSpaceDE w:val="0"/>
        <w:autoSpaceDN w:val="0"/>
        <w:spacing w:before="7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C63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Падение Западной Римской империи.</w:t>
      </w:r>
    </w:p>
    <w:p w14:paraId="7F5F297B" w14:textId="77777777" w:rsidR="00491426" w:rsidRPr="007C63DD" w:rsidRDefault="00491426">
      <w:pPr>
        <w:rPr>
          <w:rFonts w:ascii="Times New Roman" w:hAnsi="Times New Roman" w:cs="Times New Roman"/>
          <w:sz w:val="24"/>
          <w:szCs w:val="24"/>
          <w:lang w:val="ru-RU"/>
        </w:rPr>
        <w:sectPr w:rsidR="00491426" w:rsidRPr="007C63D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0C749DA" w14:textId="502E1815" w:rsidR="00773A59" w:rsidRPr="007C63DD" w:rsidRDefault="00265A4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1EAB6D5B" wp14:editId="3AC9C259">
            <wp:extent cx="5727700" cy="810069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A59" w:rsidRPr="007C63DD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48B4"/>
    <w:rsid w:val="000E1FFD"/>
    <w:rsid w:val="0015074B"/>
    <w:rsid w:val="00265A48"/>
    <w:rsid w:val="0029639D"/>
    <w:rsid w:val="002D41AC"/>
    <w:rsid w:val="00326F90"/>
    <w:rsid w:val="003A0567"/>
    <w:rsid w:val="00491426"/>
    <w:rsid w:val="00661608"/>
    <w:rsid w:val="007523BD"/>
    <w:rsid w:val="00773A59"/>
    <w:rsid w:val="00775295"/>
    <w:rsid w:val="007C63DD"/>
    <w:rsid w:val="009A4685"/>
    <w:rsid w:val="00AA1D8D"/>
    <w:rsid w:val="00B47730"/>
    <w:rsid w:val="00B85E3C"/>
    <w:rsid w:val="00CB0664"/>
    <w:rsid w:val="00CD5616"/>
    <w:rsid w:val="00F7363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C873A0"/>
  <w14:defaultImageDpi w14:val="300"/>
  <w15:docId w15:val="{CCA7ECDE-51C5-4794-BCEC-95F22F38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C6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C63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016AF5-F8AF-4B74-94A1-C714D0FFB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57</Pages>
  <Words>17531</Words>
  <Characters>99928</Characters>
  <Application>Microsoft Office Word</Application>
  <DocSecurity>0</DocSecurity>
  <Lines>832</Lines>
  <Paragraphs>234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117225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OS</cp:lastModifiedBy>
  <cp:revision>15</cp:revision>
  <cp:lastPrinted>2022-09-01T18:53:00Z</cp:lastPrinted>
  <dcterms:created xsi:type="dcterms:W3CDTF">2013-12-23T23:15:00Z</dcterms:created>
  <dcterms:modified xsi:type="dcterms:W3CDTF">2023-06-04T13:20:00Z</dcterms:modified>
  <cp:category/>
</cp:coreProperties>
</file>